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84DAD" w14:textId="77777777" w:rsidR="00073032" w:rsidRPr="00D04BE8" w:rsidRDefault="00CB1343">
      <w:pPr>
        <w:pStyle w:val="Overskrift1"/>
        <w:rPr>
          <w:lang w:val="da-DK"/>
        </w:rPr>
      </w:pPr>
      <w:r w:rsidRPr="00D04BE8">
        <w:rPr>
          <w:lang w:val="da-DK"/>
        </w:rPr>
        <w:t>Referat af Bestyrelsesmøde i Grundejerforeningen Bølgen</w:t>
      </w:r>
    </w:p>
    <w:p w14:paraId="19B8F1BE" w14:textId="77777777" w:rsidR="00073032" w:rsidRPr="00D04BE8" w:rsidRDefault="00CB1343">
      <w:pPr>
        <w:pStyle w:val="Overskrift2"/>
        <w:rPr>
          <w:lang w:val="da-DK"/>
        </w:rPr>
      </w:pPr>
      <w:r w:rsidRPr="00D04BE8">
        <w:rPr>
          <w:lang w:val="da-DK"/>
        </w:rPr>
        <w:t>Bestyrelsesmøde nr. 39</w:t>
      </w:r>
    </w:p>
    <w:p w14:paraId="671EBE4B" w14:textId="77777777" w:rsidR="00073032" w:rsidRPr="00D04BE8" w:rsidRDefault="00CB1343">
      <w:pPr>
        <w:rPr>
          <w:lang w:val="da-DK"/>
        </w:rPr>
      </w:pPr>
      <w:r w:rsidRPr="00D04BE8">
        <w:rPr>
          <w:lang w:val="da-DK"/>
        </w:rPr>
        <w:t>Dato: Mandag d. 27. april 2026</w:t>
      </w:r>
    </w:p>
    <w:p w14:paraId="21772CE6" w14:textId="77777777" w:rsidR="00073032" w:rsidRPr="00D04BE8" w:rsidRDefault="00CB1343">
      <w:pPr>
        <w:rPr>
          <w:lang w:val="da-DK"/>
        </w:rPr>
      </w:pPr>
      <w:r w:rsidRPr="00D04BE8">
        <w:rPr>
          <w:lang w:val="da-DK"/>
        </w:rPr>
        <w:t>Tidspunkt: Start kl. 19:00</w:t>
      </w:r>
    </w:p>
    <w:p w14:paraId="74022B60" w14:textId="77777777" w:rsidR="00073032" w:rsidRPr="00D04BE8" w:rsidRDefault="00CB1343">
      <w:pPr>
        <w:rPr>
          <w:lang w:val="da-DK"/>
        </w:rPr>
      </w:pPr>
      <w:r w:rsidRPr="00D04BE8">
        <w:rPr>
          <w:lang w:val="da-DK"/>
        </w:rPr>
        <w:t>Sted: Lido Bygningen, Fredericiavej</w:t>
      </w:r>
    </w:p>
    <w:p w14:paraId="1246E815" w14:textId="77777777" w:rsidR="00073032" w:rsidRPr="00EB759A" w:rsidRDefault="00CB1343">
      <w:pPr>
        <w:pStyle w:val="Overskrift3"/>
        <w:rPr>
          <w:lang w:val="da-DK"/>
        </w:rPr>
      </w:pPr>
      <w:r w:rsidRPr="00EB759A">
        <w:rPr>
          <w:lang w:val="da-DK"/>
        </w:rPr>
        <w:t>Deltagere:</w:t>
      </w:r>
    </w:p>
    <w:p w14:paraId="454217D0" w14:textId="77777777" w:rsidR="00073032" w:rsidRDefault="00CB1343">
      <w:pPr>
        <w:pStyle w:val="Opstilling-punkttegn"/>
      </w:pPr>
      <w:r>
        <w:t>Per Munk Laustsen, formand</w:t>
      </w:r>
    </w:p>
    <w:p w14:paraId="13986A85" w14:textId="77777777" w:rsidR="00073032" w:rsidRDefault="00CB1343">
      <w:pPr>
        <w:pStyle w:val="Opstilling-punkttegn"/>
      </w:pPr>
      <w:r>
        <w:t>Jens Uth, bestyrelsesmedlem</w:t>
      </w:r>
    </w:p>
    <w:p w14:paraId="593B2FA1" w14:textId="77777777" w:rsidR="00073032" w:rsidRDefault="00CB1343">
      <w:pPr>
        <w:pStyle w:val="Opstilling-punkttegn"/>
      </w:pPr>
      <w:r>
        <w:t>Klaus Kaack Andersen, bestyrelsesmedlem</w:t>
      </w:r>
    </w:p>
    <w:p w14:paraId="4E9F1FFC" w14:textId="77777777" w:rsidR="00073032" w:rsidRDefault="00CB1343">
      <w:pPr>
        <w:pStyle w:val="Opstilling-punkttegn"/>
      </w:pPr>
      <w:r>
        <w:t>Bertel Dybdal Nielsen, bestyrelsesmedlem</w:t>
      </w:r>
    </w:p>
    <w:p w14:paraId="499AE0FC" w14:textId="77777777" w:rsidR="00073032" w:rsidRDefault="00CB1343">
      <w:pPr>
        <w:pStyle w:val="Opstilling-punkttegn"/>
      </w:pPr>
      <w:r>
        <w:t>Hans Erik Duschek-Hansen, bestyrelsesmedlem</w:t>
      </w:r>
    </w:p>
    <w:p w14:paraId="55B6069A" w14:textId="77777777" w:rsidR="00073032" w:rsidRDefault="00CB1343">
      <w:pPr>
        <w:pStyle w:val="Opstilling-punkttegn"/>
      </w:pPr>
      <w:r>
        <w:t>Lars Peter Bache, observatør</w:t>
      </w:r>
    </w:p>
    <w:p w14:paraId="432820BB" w14:textId="77777777" w:rsidR="00073032" w:rsidRDefault="00CB1343">
      <w:pPr>
        <w:pStyle w:val="Opstilling-punkttegn"/>
      </w:pPr>
      <w:r>
        <w:t>Holger Simonsen, administrator</w:t>
      </w:r>
    </w:p>
    <w:p w14:paraId="757C7727" w14:textId="77777777" w:rsidR="00073032" w:rsidRDefault="00CB1343">
      <w:pPr>
        <w:pStyle w:val="Opstilling-punkttegn"/>
      </w:pPr>
      <w:r>
        <w:t>Finn Nielsen, administrator og referent</w:t>
      </w:r>
    </w:p>
    <w:p w14:paraId="42F40F79" w14:textId="77777777" w:rsidR="00073032" w:rsidRDefault="00CB1343">
      <w:pPr>
        <w:pStyle w:val="Overskrift3"/>
      </w:pPr>
      <w:r>
        <w:t>Dagsorden:</w:t>
      </w:r>
    </w:p>
    <w:p w14:paraId="28027BFC" w14:textId="77777777" w:rsidR="00073032" w:rsidRPr="00D04BE8" w:rsidRDefault="00CB1343">
      <w:pPr>
        <w:rPr>
          <w:lang w:val="da-DK"/>
        </w:rPr>
      </w:pPr>
      <w:r w:rsidRPr="00D04BE8">
        <w:rPr>
          <w:lang w:val="da-DK"/>
        </w:rPr>
        <w:t>1. Underskrift af referat af sidste bestyrelsesmøde</w:t>
      </w:r>
    </w:p>
    <w:p w14:paraId="025B4306" w14:textId="77777777" w:rsidR="00073032" w:rsidRPr="00D04BE8" w:rsidRDefault="00CB1343">
      <w:pPr>
        <w:rPr>
          <w:lang w:val="da-DK"/>
        </w:rPr>
      </w:pPr>
      <w:r w:rsidRPr="00D04BE8">
        <w:rPr>
          <w:lang w:val="da-DK"/>
        </w:rPr>
        <w:t>2. Godkendelse af dagsorden</w:t>
      </w:r>
    </w:p>
    <w:p w14:paraId="0226F3CE" w14:textId="77777777" w:rsidR="00073032" w:rsidRPr="00D04BE8" w:rsidRDefault="00CB1343">
      <w:pPr>
        <w:rPr>
          <w:lang w:val="da-DK"/>
        </w:rPr>
      </w:pPr>
      <w:r w:rsidRPr="00D04BE8">
        <w:rPr>
          <w:lang w:val="da-DK"/>
        </w:rPr>
        <w:t>3. Periode regnskab/budget 2026 (Holger)</w:t>
      </w:r>
    </w:p>
    <w:p w14:paraId="2B63E946" w14:textId="77777777" w:rsidR="00073032" w:rsidRPr="00D04BE8" w:rsidRDefault="00CB1343">
      <w:pPr>
        <w:rPr>
          <w:lang w:val="da-DK"/>
        </w:rPr>
      </w:pPr>
      <w:r w:rsidRPr="00D04BE8">
        <w:rPr>
          <w:lang w:val="da-DK"/>
        </w:rPr>
        <w:t>4. Opladning elcykler – brug af elstik i kælderen mod månedlig betaling? (Jens)</w:t>
      </w:r>
    </w:p>
    <w:p w14:paraId="32F8FF30" w14:textId="77777777" w:rsidR="00073032" w:rsidRPr="00D04BE8" w:rsidRDefault="00CB1343">
      <w:pPr>
        <w:rPr>
          <w:lang w:val="da-DK"/>
        </w:rPr>
      </w:pPr>
      <w:r w:rsidRPr="00D04BE8">
        <w:rPr>
          <w:lang w:val="da-DK"/>
        </w:rPr>
        <w:t>5. Opfølgning af punkter fra sidste bestyrelsesmøde – I bedes hver især have tilbagemelding/status på fremdrift med til mødet!</w:t>
      </w:r>
    </w:p>
    <w:p w14:paraId="1562A1B1" w14:textId="77777777" w:rsidR="00073032" w:rsidRPr="00D04BE8" w:rsidRDefault="00CB1343">
      <w:pPr>
        <w:rPr>
          <w:lang w:val="da-DK"/>
        </w:rPr>
      </w:pPr>
      <w:r w:rsidRPr="00D04BE8">
        <w:rPr>
          <w:lang w:val="da-DK"/>
        </w:rPr>
        <w:t>5.1 Serviceaftale Bravida – godkendelse (Jens)</w:t>
      </w:r>
    </w:p>
    <w:p w14:paraId="03E1C132" w14:textId="77777777" w:rsidR="00073032" w:rsidRPr="00D04BE8" w:rsidRDefault="00CB1343">
      <w:pPr>
        <w:rPr>
          <w:lang w:val="da-DK"/>
        </w:rPr>
      </w:pPr>
      <w:r w:rsidRPr="00D04BE8">
        <w:rPr>
          <w:lang w:val="da-DK"/>
        </w:rPr>
        <w:t>5.2 Hjertestarter instruktionsmøde forår 2026 – konkret dato? (Klaus/Jens)</w:t>
      </w:r>
    </w:p>
    <w:p w14:paraId="06BD4FFE" w14:textId="77777777" w:rsidR="00073032" w:rsidRPr="00D04BE8" w:rsidRDefault="00CB1343">
      <w:pPr>
        <w:rPr>
          <w:lang w:val="da-DK"/>
        </w:rPr>
      </w:pPr>
      <w:r w:rsidRPr="00D04BE8">
        <w:rPr>
          <w:lang w:val="da-DK"/>
        </w:rPr>
        <w:t>5.3 Afrensning af alger Bølge 5 (Jens)</w:t>
      </w:r>
    </w:p>
    <w:p w14:paraId="27B278ED" w14:textId="77777777" w:rsidR="00073032" w:rsidRPr="00D04BE8" w:rsidRDefault="00CB1343">
      <w:pPr>
        <w:rPr>
          <w:lang w:val="da-DK"/>
        </w:rPr>
      </w:pPr>
      <w:r w:rsidRPr="00D04BE8">
        <w:rPr>
          <w:lang w:val="da-DK"/>
        </w:rPr>
        <w:t>5.4 Tormax – aftale? (Holger)</w:t>
      </w:r>
    </w:p>
    <w:p w14:paraId="04D5D1AD" w14:textId="77777777" w:rsidR="00073032" w:rsidRPr="00D04BE8" w:rsidRDefault="00CB1343">
      <w:pPr>
        <w:rPr>
          <w:lang w:val="da-DK"/>
        </w:rPr>
      </w:pPr>
      <w:r w:rsidRPr="00D04BE8">
        <w:rPr>
          <w:lang w:val="da-DK"/>
        </w:rPr>
        <w:t>5.5 Opmaling P båse – tidspunkt (Lars)</w:t>
      </w:r>
    </w:p>
    <w:p w14:paraId="19D98875" w14:textId="77777777" w:rsidR="00073032" w:rsidRPr="00D04BE8" w:rsidRDefault="00CB1343">
      <w:pPr>
        <w:rPr>
          <w:lang w:val="da-DK"/>
        </w:rPr>
      </w:pPr>
      <w:r w:rsidRPr="00D04BE8">
        <w:rPr>
          <w:lang w:val="da-DK"/>
        </w:rPr>
        <w:t>5.6 Opfølgning på Vejle Kommunes opretning af fortov (Klaus)</w:t>
      </w:r>
    </w:p>
    <w:p w14:paraId="4954A33B" w14:textId="77777777" w:rsidR="00073032" w:rsidRPr="00D04BE8" w:rsidRDefault="00CB1343">
      <w:pPr>
        <w:rPr>
          <w:lang w:val="da-DK"/>
        </w:rPr>
      </w:pPr>
      <w:r w:rsidRPr="00D04BE8">
        <w:rPr>
          <w:lang w:val="da-DK"/>
        </w:rPr>
        <w:t>5.7 Sedum beplantning foråret 2026 – tilbud modtaget? (Klaus)</w:t>
      </w:r>
    </w:p>
    <w:p w14:paraId="4F06E726" w14:textId="77777777" w:rsidR="00073032" w:rsidRPr="00D04BE8" w:rsidRDefault="00CB1343">
      <w:pPr>
        <w:rPr>
          <w:lang w:val="da-DK"/>
        </w:rPr>
      </w:pPr>
      <w:r w:rsidRPr="00D04BE8">
        <w:rPr>
          <w:lang w:val="da-DK"/>
        </w:rPr>
        <w:t>5.8 Indkøb af græsslåmaskine (Per)</w:t>
      </w:r>
    </w:p>
    <w:p w14:paraId="56DE790A" w14:textId="77777777" w:rsidR="00073032" w:rsidRPr="00D04BE8" w:rsidRDefault="00CB1343">
      <w:pPr>
        <w:rPr>
          <w:lang w:val="da-DK"/>
        </w:rPr>
      </w:pPr>
      <w:r w:rsidRPr="00D04BE8">
        <w:rPr>
          <w:lang w:val="da-DK"/>
        </w:rPr>
        <w:lastRenderedPageBreak/>
        <w:t>5.9 Kant af terrasser – vicevært skal sprøjte i foråret 2026</w:t>
      </w:r>
    </w:p>
    <w:p w14:paraId="2FD6657A" w14:textId="77777777" w:rsidR="00073032" w:rsidRPr="00D04BE8" w:rsidRDefault="00CB1343">
      <w:pPr>
        <w:rPr>
          <w:lang w:val="da-DK"/>
        </w:rPr>
      </w:pPr>
      <w:r w:rsidRPr="00D04BE8">
        <w:rPr>
          <w:lang w:val="da-DK"/>
        </w:rPr>
        <w:t>6. Kommende generalforsamlinger i Ejerforeningerne, herunder vedtægter</w:t>
      </w:r>
    </w:p>
    <w:p w14:paraId="4EFFC1ED" w14:textId="77777777" w:rsidR="00073032" w:rsidRPr="00D04BE8" w:rsidRDefault="00CB1343">
      <w:pPr>
        <w:rPr>
          <w:lang w:val="da-DK"/>
        </w:rPr>
      </w:pPr>
      <w:r w:rsidRPr="00D04BE8">
        <w:rPr>
          <w:lang w:val="da-DK"/>
        </w:rPr>
        <w:t>7. Nyt fra Ejerforeningerne (Hans Erik/Per og Jens/Klaus)</w:t>
      </w:r>
    </w:p>
    <w:p w14:paraId="44BF7B50" w14:textId="77777777" w:rsidR="00073032" w:rsidRPr="00D04BE8" w:rsidRDefault="00CB1343">
      <w:pPr>
        <w:rPr>
          <w:lang w:val="da-DK"/>
        </w:rPr>
      </w:pPr>
      <w:r w:rsidRPr="00D04BE8">
        <w:rPr>
          <w:lang w:val="da-DK"/>
        </w:rPr>
        <w:t>8. Eventuelt</w:t>
      </w:r>
    </w:p>
    <w:p w14:paraId="00EA7A38" w14:textId="77777777" w:rsidR="00073032" w:rsidRPr="00D04BE8" w:rsidRDefault="00CB1343">
      <w:pPr>
        <w:rPr>
          <w:lang w:val="da-DK"/>
        </w:rPr>
      </w:pPr>
      <w:r w:rsidRPr="00D04BE8">
        <w:rPr>
          <w:lang w:val="da-DK"/>
        </w:rPr>
        <w:t>9. Fastsættelse af næste møde</w:t>
      </w:r>
    </w:p>
    <w:p w14:paraId="6A43B34D" w14:textId="77777777" w:rsidR="00073032" w:rsidRPr="00D04BE8" w:rsidRDefault="00CB1343">
      <w:pPr>
        <w:pStyle w:val="Overskrift3"/>
        <w:rPr>
          <w:lang w:val="da-DK"/>
        </w:rPr>
      </w:pPr>
      <w:r w:rsidRPr="00D04BE8">
        <w:rPr>
          <w:lang w:val="da-DK"/>
        </w:rPr>
        <w:t>Referat:</w:t>
      </w:r>
    </w:p>
    <w:p w14:paraId="42427CF2" w14:textId="77777777" w:rsidR="00073032" w:rsidRPr="00D04BE8" w:rsidRDefault="00CB1343">
      <w:pPr>
        <w:pStyle w:val="Overskrift4"/>
        <w:rPr>
          <w:lang w:val="da-DK"/>
        </w:rPr>
      </w:pPr>
      <w:r w:rsidRPr="00D04BE8">
        <w:rPr>
          <w:lang w:val="da-DK"/>
        </w:rPr>
        <w:t>1. Underskrift af referat af sidste bestyrelsesmøde</w:t>
      </w:r>
    </w:p>
    <w:p w14:paraId="6C7FA2BB" w14:textId="3BE59ED7" w:rsidR="00073032" w:rsidRPr="00D04BE8" w:rsidRDefault="001B6686">
      <w:pPr>
        <w:rPr>
          <w:lang w:val="da-DK"/>
        </w:rPr>
      </w:pPr>
      <w:r>
        <w:rPr>
          <w:lang w:val="da-DK"/>
        </w:rPr>
        <w:t>Referat blev godkendt og underskrevet</w:t>
      </w:r>
    </w:p>
    <w:p w14:paraId="7792C9CE" w14:textId="77777777" w:rsidR="00073032" w:rsidRPr="00D04BE8" w:rsidRDefault="00CB1343">
      <w:pPr>
        <w:pStyle w:val="Overskrift4"/>
        <w:rPr>
          <w:lang w:val="da-DK"/>
        </w:rPr>
      </w:pPr>
      <w:r w:rsidRPr="00D04BE8">
        <w:rPr>
          <w:lang w:val="da-DK"/>
        </w:rPr>
        <w:t>2. Godkendelse af dagsorden</w:t>
      </w:r>
    </w:p>
    <w:p w14:paraId="6373E19E" w14:textId="0767644B" w:rsidR="00073032" w:rsidRPr="00D04BE8" w:rsidRDefault="001B6686">
      <w:pPr>
        <w:rPr>
          <w:lang w:val="da-DK"/>
        </w:rPr>
      </w:pPr>
      <w:r>
        <w:rPr>
          <w:lang w:val="da-DK"/>
        </w:rPr>
        <w:t>Dagsorden blev godkendt</w:t>
      </w:r>
    </w:p>
    <w:p w14:paraId="6FA36667" w14:textId="77777777" w:rsidR="00073032" w:rsidRDefault="00CB1343">
      <w:pPr>
        <w:pStyle w:val="Overskrift4"/>
        <w:rPr>
          <w:lang w:val="da-DK"/>
        </w:rPr>
      </w:pPr>
      <w:r w:rsidRPr="00D04BE8">
        <w:rPr>
          <w:lang w:val="da-DK"/>
        </w:rPr>
        <w:t>3. Periode regnskab/budget 2026 (Holger)</w:t>
      </w:r>
    </w:p>
    <w:p w14:paraId="7D76D2A3" w14:textId="6F99F7DE" w:rsidR="00085A3C" w:rsidRPr="00085A3C" w:rsidRDefault="00085A3C">
      <w:pPr>
        <w:rPr>
          <w:lang w:val="da-DK"/>
        </w:rPr>
      </w:pPr>
      <w:r w:rsidRPr="00085A3C">
        <w:rPr>
          <w:lang w:val="da-DK"/>
        </w:rPr>
        <w:t>Intet at tilføje siden sidste møde. Budget m.v. fastholdes som tidligere vedtaget.</w:t>
      </w:r>
    </w:p>
    <w:p w14:paraId="7E40038A" w14:textId="77777777" w:rsidR="00073032" w:rsidRDefault="00CB1343">
      <w:pPr>
        <w:pStyle w:val="Overskrift4"/>
        <w:rPr>
          <w:lang w:val="da-DK"/>
        </w:rPr>
      </w:pPr>
      <w:r w:rsidRPr="00D04BE8">
        <w:rPr>
          <w:lang w:val="da-DK"/>
        </w:rPr>
        <w:t>4. Opladning elcykler – brug af elstik i kælderen mod månedlig betaling? (Jens)</w:t>
      </w:r>
    </w:p>
    <w:p w14:paraId="19CCCF4F" w14:textId="745099F3" w:rsidR="00085A3C" w:rsidRPr="00085A3C" w:rsidRDefault="00085A3C" w:rsidP="00085A3C">
      <w:pPr>
        <w:rPr>
          <w:lang w:val="da-DK"/>
        </w:rPr>
      </w:pPr>
      <w:r w:rsidRPr="00085A3C">
        <w:rPr>
          <w:lang w:val="da-DK"/>
        </w:rPr>
        <w:t xml:space="preserve">Der var en kort drøftelse af det konkrete strømforbrug ved opladning af en </w:t>
      </w:r>
      <w:r w:rsidR="00EB759A">
        <w:rPr>
          <w:lang w:val="da-DK"/>
        </w:rPr>
        <w:t>el</w:t>
      </w:r>
      <w:r w:rsidRPr="00085A3C">
        <w:rPr>
          <w:lang w:val="da-DK"/>
        </w:rPr>
        <w:t>cykel. Det blev oplyst, at forbruget forventeligt ligger på ca. 0,4–0,6 kWh pr. opladning, svarende til et beskedent beløb afhængigt af tidspunktet på dagen.</w:t>
      </w:r>
    </w:p>
    <w:p w14:paraId="5D89595C" w14:textId="443190FC" w:rsidR="00085A3C" w:rsidRDefault="00085A3C">
      <w:pPr>
        <w:rPr>
          <w:lang w:val="da-DK"/>
        </w:rPr>
      </w:pPr>
      <w:r w:rsidRPr="00085A3C">
        <w:rPr>
          <w:lang w:val="da-DK"/>
        </w:rPr>
        <w:t xml:space="preserve">Et forslag om betaling på 50 kr. pr. måned </w:t>
      </w:r>
      <w:r w:rsidR="00EB759A">
        <w:rPr>
          <w:lang w:val="da-DK"/>
        </w:rPr>
        <w:t xml:space="preserve">(alene ved elcykler) </w:t>
      </w:r>
      <w:r w:rsidRPr="00085A3C">
        <w:rPr>
          <w:lang w:val="da-DK"/>
        </w:rPr>
        <w:t>blev nævnt, men der var enighed om foreløbigt at tillade opladning uden særskilt betaling.</w:t>
      </w:r>
      <w:r w:rsidR="004D2ABD">
        <w:rPr>
          <w:lang w:val="da-DK"/>
        </w:rPr>
        <w:t xml:space="preserve"> Imens vil </w:t>
      </w:r>
      <w:r w:rsidRPr="00085A3C">
        <w:rPr>
          <w:lang w:val="da-DK"/>
        </w:rPr>
        <w:t xml:space="preserve">Jens arbejde videre med sagen og vender tilbage med et </w:t>
      </w:r>
      <w:r w:rsidR="004D2ABD">
        <w:rPr>
          <w:lang w:val="da-DK"/>
        </w:rPr>
        <w:t>oplæg som kan danne basis for fremtidig håndtering.</w:t>
      </w:r>
    </w:p>
    <w:p w14:paraId="5D26DAC7" w14:textId="63B5B3BB" w:rsidR="00073032" w:rsidRPr="00D04BE8" w:rsidRDefault="00CB1343">
      <w:pPr>
        <w:pStyle w:val="Overskrift4"/>
        <w:rPr>
          <w:lang w:val="da-DK"/>
        </w:rPr>
      </w:pPr>
      <w:r w:rsidRPr="00D04BE8">
        <w:rPr>
          <w:lang w:val="da-DK"/>
        </w:rPr>
        <w:t>5. Opfølgning af punkter fra sidste bestyrelsesmøde</w:t>
      </w:r>
    </w:p>
    <w:p w14:paraId="195900F6" w14:textId="4CBCE6FF" w:rsidR="00073032" w:rsidRDefault="00CB1343" w:rsidP="004D2ABD">
      <w:pPr>
        <w:pStyle w:val="Overskrift4"/>
        <w:rPr>
          <w:lang w:val="da-DK"/>
        </w:rPr>
      </w:pPr>
      <w:r w:rsidRPr="00D04BE8">
        <w:rPr>
          <w:lang w:val="da-DK"/>
        </w:rPr>
        <w:t>5.1 Serviceaftale Bravida – godkendelse (Jens)</w:t>
      </w:r>
    </w:p>
    <w:p w14:paraId="420D68A8" w14:textId="1504F5F5" w:rsidR="008B0EA5" w:rsidRPr="008B0EA5" w:rsidRDefault="008B0EA5" w:rsidP="008B0EA5">
      <w:pPr>
        <w:rPr>
          <w:lang w:val="da-DK"/>
        </w:rPr>
      </w:pPr>
      <w:r w:rsidRPr="008B0EA5">
        <w:rPr>
          <w:lang w:val="da-DK"/>
        </w:rPr>
        <w:t>Den 21. april 2026 blev der afholdt møde med Bravida, som er valgt som fremtidig samarbejdspartner i forbindelse med den længerevarende proces omkring en revideret og endelig lovpligtig serviceaftale.</w:t>
      </w:r>
      <w:r w:rsidR="000145C4">
        <w:rPr>
          <w:lang w:val="da-DK"/>
        </w:rPr>
        <w:t xml:space="preserve"> Den samlede pris, fra Bravida, blev vendt på bestyrelsesmødet. Der var uklarhed om den endelig tidsplan for ikraftsættelse herunder underskrift af den endelige aftale.</w:t>
      </w:r>
    </w:p>
    <w:p w14:paraId="7CE86AD6" w14:textId="5C320AF6" w:rsidR="004D2ABD" w:rsidRPr="008B0EA5" w:rsidRDefault="008B0EA5" w:rsidP="004D2ABD">
      <w:pPr>
        <w:rPr>
          <w:lang w:val="da-DK"/>
        </w:rPr>
      </w:pPr>
      <w:r w:rsidRPr="008B0EA5">
        <w:rPr>
          <w:lang w:val="da-DK"/>
        </w:rPr>
        <w:t xml:space="preserve">Aftalen er opdelt i </w:t>
      </w:r>
      <w:r w:rsidR="004D2ABD">
        <w:rPr>
          <w:lang w:val="da-DK"/>
        </w:rPr>
        <w:t>4</w:t>
      </w:r>
      <w:r w:rsidRPr="008B0EA5">
        <w:rPr>
          <w:lang w:val="da-DK"/>
        </w:rPr>
        <w:t xml:space="preserve"> underdele, </w:t>
      </w:r>
      <w:r w:rsidR="004D2ABD">
        <w:rPr>
          <w:lang w:val="da-DK"/>
        </w:rPr>
        <w:t>og en række</w:t>
      </w:r>
      <w:r w:rsidRPr="008B0EA5">
        <w:rPr>
          <w:lang w:val="da-DK"/>
        </w:rPr>
        <w:t xml:space="preserve"> enkelte opgaver kan udskilles og </w:t>
      </w:r>
      <w:r w:rsidR="004D2ABD">
        <w:rPr>
          <w:lang w:val="da-DK"/>
        </w:rPr>
        <w:t>sandsynligvis</w:t>
      </w:r>
      <w:r w:rsidRPr="008B0EA5">
        <w:rPr>
          <w:lang w:val="da-DK"/>
        </w:rPr>
        <w:t xml:space="preserve"> udføres af grundejerforeningens egen vicevært, Søren Østergaard</w:t>
      </w:r>
      <w:r w:rsidR="004D2ABD">
        <w:rPr>
          <w:lang w:val="da-DK"/>
        </w:rPr>
        <w:t>, for derigennem at nedbringe omkostningerne</w:t>
      </w:r>
      <w:r w:rsidRPr="008B0EA5">
        <w:rPr>
          <w:lang w:val="da-DK"/>
        </w:rPr>
        <w:t xml:space="preserve">. </w:t>
      </w:r>
      <w:r w:rsidR="004D2ABD">
        <w:rPr>
          <w:lang w:val="da-DK"/>
        </w:rPr>
        <w:t>En af de oplagte opgaver er</w:t>
      </w:r>
      <w:r w:rsidR="004D2ABD" w:rsidRPr="008B0EA5">
        <w:rPr>
          <w:lang w:val="da-DK"/>
        </w:rPr>
        <w:t xml:space="preserve"> den ugentlige lovpligtige kontrol af nødbelysning</w:t>
      </w:r>
      <w:r w:rsidR="004D2ABD">
        <w:rPr>
          <w:lang w:val="da-DK"/>
        </w:rPr>
        <w:t xml:space="preserve">. </w:t>
      </w:r>
      <w:r w:rsidRPr="008B0EA5">
        <w:rPr>
          <w:lang w:val="da-DK"/>
        </w:rPr>
        <w:t>Hans Erik vil tage en drøftelse med Søren for at afklare hans interesse for disse opgaver.</w:t>
      </w:r>
      <w:r w:rsidR="004D2ABD">
        <w:rPr>
          <w:lang w:val="da-DK"/>
        </w:rPr>
        <w:t xml:space="preserve"> </w:t>
      </w:r>
      <w:r w:rsidR="004D2ABD" w:rsidRPr="008B0EA5">
        <w:rPr>
          <w:lang w:val="da-DK"/>
        </w:rPr>
        <w:t>Ved eventuel udførelse af</w:t>
      </w:r>
      <w:r w:rsidR="004D2ABD">
        <w:rPr>
          <w:lang w:val="da-DK"/>
        </w:rPr>
        <w:t xml:space="preserve"> </w:t>
      </w:r>
      <w:r w:rsidR="004D2ABD" w:rsidRPr="008B0EA5">
        <w:rPr>
          <w:lang w:val="da-DK"/>
        </w:rPr>
        <w:t>opgaver ved egen vicevært blev det understreget, at der skal udarbejdes en meget specifik og detaljeret beskrivelse af de pågældende opgaver</w:t>
      </w:r>
      <w:r w:rsidR="004D2ABD">
        <w:rPr>
          <w:lang w:val="da-DK"/>
        </w:rPr>
        <w:t xml:space="preserve"> og </w:t>
      </w:r>
      <w:r w:rsidR="004D2ABD" w:rsidRPr="008B0EA5">
        <w:rPr>
          <w:lang w:val="da-DK"/>
        </w:rPr>
        <w:t xml:space="preserve">Bravida </w:t>
      </w:r>
      <w:r w:rsidR="004D2ABD">
        <w:rPr>
          <w:lang w:val="da-DK"/>
        </w:rPr>
        <w:t>kan undervise viceværten heri.</w:t>
      </w:r>
    </w:p>
    <w:p w14:paraId="4E32CDDB" w14:textId="7B57875A" w:rsidR="004D2ABD" w:rsidRDefault="004D2ABD" w:rsidP="008B0EA5">
      <w:pPr>
        <w:rPr>
          <w:lang w:val="da-DK"/>
        </w:rPr>
      </w:pPr>
    </w:p>
    <w:p w14:paraId="16F41F48" w14:textId="06DB7336" w:rsidR="008B0EA5" w:rsidRPr="008B0EA5" w:rsidRDefault="008B0EA5" w:rsidP="008B0EA5">
      <w:pPr>
        <w:rPr>
          <w:lang w:val="da-DK"/>
        </w:rPr>
      </w:pPr>
      <w:r w:rsidRPr="008B0EA5">
        <w:rPr>
          <w:lang w:val="da-DK"/>
        </w:rPr>
        <w:t xml:space="preserve">Bravida </w:t>
      </w:r>
      <w:r w:rsidR="004D2ABD">
        <w:rPr>
          <w:lang w:val="da-DK"/>
        </w:rPr>
        <w:t>har slutteligt givet en ekstra rabat og bestyrelsen mener at den samlede pris er fordelagtig!</w:t>
      </w:r>
    </w:p>
    <w:p w14:paraId="3A093E7B" w14:textId="08B1783C" w:rsidR="008B0EA5" w:rsidRPr="008B0EA5" w:rsidRDefault="008B0EA5" w:rsidP="008B0EA5">
      <w:pPr>
        <w:rPr>
          <w:lang w:val="da-DK"/>
        </w:rPr>
      </w:pPr>
      <w:r w:rsidRPr="008B0EA5">
        <w:rPr>
          <w:lang w:val="da-DK"/>
        </w:rPr>
        <w:t xml:space="preserve">Det skal samtidig indføjes i aftalen, at Bravida </w:t>
      </w:r>
      <w:r w:rsidR="004D2ABD">
        <w:rPr>
          <w:lang w:val="da-DK"/>
        </w:rPr>
        <w:t>skriftligt skal erklære, at</w:t>
      </w:r>
      <w:r w:rsidRPr="008B0EA5">
        <w:rPr>
          <w:lang w:val="da-DK"/>
        </w:rPr>
        <w:t xml:space="preserve"> alle lovkrav og øvrige forpligtelser er opfyldt til punkt og prikke, således at grundejerforeningen ikke efterfølgende kan stilles over for spørgsmål om manglende opfyldelse af krav.</w:t>
      </w:r>
    </w:p>
    <w:p w14:paraId="0FAEC443" w14:textId="77777777" w:rsidR="008B0EA5" w:rsidRPr="008B0EA5" w:rsidRDefault="008B0EA5" w:rsidP="008B0EA5">
      <w:pPr>
        <w:rPr>
          <w:lang w:val="da-DK"/>
        </w:rPr>
      </w:pPr>
      <w:r w:rsidRPr="008B0EA5">
        <w:rPr>
          <w:lang w:val="da-DK"/>
        </w:rPr>
        <w:t>Uanset hvem der udfører opgaver i henhold til aftalen, skal dette føres til protokol, så al dokumentation er sikret.</w:t>
      </w:r>
    </w:p>
    <w:p w14:paraId="656D4686" w14:textId="7A308D13" w:rsidR="006A12F1" w:rsidRPr="000145C4" w:rsidRDefault="008B0EA5" w:rsidP="008B0EA5">
      <w:pPr>
        <w:rPr>
          <w:lang w:val="da-DK"/>
        </w:rPr>
      </w:pPr>
      <w:r>
        <w:rPr>
          <w:lang w:val="da-DK"/>
        </w:rPr>
        <w:t>F</w:t>
      </w:r>
      <w:r w:rsidR="004D2ABD">
        <w:rPr>
          <w:lang w:val="da-DK"/>
        </w:rPr>
        <w:t>or nuværende er</w:t>
      </w:r>
      <w:r>
        <w:rPr>
          <w:lang w:val="da-DK"/>
        </w:rPr>
        <w:t xml:space="preserve"> </w:t>
      </w:r>
      <w:r w:rsidRPr="008B0EA5">
        <w:rPr>
          <w:lang w:val="da-DK"/>
        </w:rPr>
        <w:t>opbevaringsforholdene for protokoller m.v. ikke er optimale, og Klaus vil sørge for, at de</w:t>
      </w:r>
      <w:r w:rsidR="004D2ABD">
        <w:rPr>
          <w:lang w:val="da-DK"/>
        </w:rPr>
        <w:t>tte sikres fremadrettet</w:t>
      </w:r>
    </w:p>
    <w:p w14:paraId="195B856D" w14:textId="77777777" w:rsidR="00073032" w:rsidRDefault="00CB1343">
      <w:pPr>
        <w:pStyle w:val="Overskrift4"/>
        <w:rPr>
          <w:lang w:val="da-DK"/>
        </w:rPr>
      </w:pPr>
      <w:r w:rsidRPr="00D04BE8">
        <w:rPr>
          <w:lang w:val="da-DK"/>
        </w:rPr>
        <w:t>5.2 Hjertestarter instruktionsmøde forår 2026 – konkret dato? (Klaus/Jens)</w:t>
      </w:r>
    </w:p>
    <w:p w14:paraId="7203E64D" w14:textId="09D1787D" w:rsidR="00073032" w:rsidRDefault="00806F10">
      <w:pPr>
        <w:rPr>
          <w:lang w:val="da-DK"/>
        </w:rPr>
      </w:pPr>
      <w:r w:rsidRPr="00806F10">
        <w:rPr>
          <w:lang w:val="da-DK"/>
        </w:rPr>
        <w:t>Der er med meget kort tidsfrist udsendt information om instruktionsmødet, som afholdes den 30. april 2026. Dette må forventes at medføre, at deltagerantallet bliver begrænset.</w:t>
      </w:r>
    </w:p>
    <w:p w14:paraId="7F0C9F4A" w14:textId="29F8BFA6" w:rsidR="00806F10" w:rsidRPr="00806F10" w:rsidRDefault="00806F10">
      <w:pPr>
        <w:rPr>
          <w:lang w:val="da-DK"/>
        </w:rPr>
      </w:pPr>
      <w:r w:rsidRPr="00806F10">
        <w:rPr>
          <w:lang w:val="da-DK"/>
        </w:rPr>
        <w:t>Lars og Klaus vil på mødet kort orientere om, hvordan brandalarmering rent faktisk fungerer.</w:t>
      </w:r>
    </w:p>
    <w:p w14:paraId="1AA71D6C" w14:textId="77777777" w:rsidR="00073032" w:rsidRPr="00D04BE8" w:rsidRDefault="00CB1343">
      <w:pPr>
        <w:pStyle w:val="Overskrift4"/>
        <w:rPr>
          <w:lang w:val="da-DK"/>
        </w:rPr>
      </w:pPr>
      <w:r w:rsidRPr="00D04BE8">
        <w:rPr>
          <w:lang w:val="da-DK"/>
        </w:rPr>
        <w:t>5.3 Afrensning af alger Bølge 5 (Jens)</w:t>
      </w:r>
    </w:p>
    <w:p w14:paraId="0A2F9913" w14:textId="3E7CD8F3" w:rsidR="00C72A7D" w:rsidRPr="00C72A7D" w:rsidRDefault="00C72A7D" w:rsidP="00C72A7D">
      <w:pPr>
        <w:rPr>
          <w:lang w:val="da-DK"/>
        </w:rPr>
      </w:pPr>
      <w:r w:rsidRPr="00C72A7D">
        <w:rPr>
          <w:lang w:val="da-DK"/>
        </w:rPr>
        <w:t>Der henvises til teksten i forrige referat. Vinduespudseren meddelt</w:t>
      </w:r>
      <w:r w:rsidR="00940ED0">
        <w:rPr>
          <w:lang w:val="da-DK"/>
        </w:rPr>
        <w:t>e</w:t>
      </w:r>
      <w:r w:rsidRPr="00C72A7D">
        <w:rPr>
          <w:lang w:val="da-DK"/>
        </w:rPr>
        <w:t xml:space="preserve"> Jens, </w:t>
      </w:r>
      <w:r>
        <w:rPr>
          <w:lang w:val="da-DK"/>
        </w:rPr>
        <w:t xml:space="preserve">i forbindelse med arbejdets udførelse, </w:t>
      </w:r>
      <w:r w:rsidRPr="00C72A7D">
        <w:rPr>
          <w:lang w:val="da-DK"/>
        </w:rPr>
        <w:t xml:space="preserve">at den oprindeligt aftalte pris ikke kunne fastholdes. Jens </w:t>
      </w:r>
      <w:r w:rsidR="00940ED0">
        <w:rPr>
          <w:lang w:val="da-DK"/>
        </w:rPr>
        <w:t xml:space="preserve">gav vinduespudseren </w:t>
      </w:r>
      <w:r w:rsidRPr="00C72A7D">
        <w:rPr>
          <w:lang w:val="da-DK"/>
        </w:rPr>
        <w:t>besked om, at arbejdet alligevel skulle gennemføres</w:t>
      </w:r>
      <w:r w:rsidR="00940ED0">
        <w:rPr>
          <w:lang w:val="da-DK"/>
        </w:rPr>
        <w:t xml:space="preserve"> uanset, da behov var stort.</w:t>
      </w:r>
    </w:p>
    <w:p w14:paraId="448F3490" w14:textId="3AB46A0E" w:rsidR="00073032" w:rsidRPr="00D04BE8" w:rsidRDefault="00C72A7D">
      <w:pPr>
        <w:rPr>
          <w:lang w:val="da-DK"/>
        </w:rPr>
      </w:pPr>
      <w:r w:rsidRPr="00C72A7D">
        <w:rPr>
          <w:lang w:val="da-DK"/>
        </w:rPr>
        <w:t>Det er efterfølgende konstateret, at arbejdet er udført særdeles tilfredsstillende</w:t>
      </w:r>
      <w:r w:rsidR="004D2ABD">
        <w:rPr>
          <w:lang w:val="da-DK"/>
        </w:rPr>
        <w:t>.</w:t>
      </w:r>
    </w:p>
    <w:p w14:paraId="44E05A78" w14:textId="77777777" w:rsidR="00073032" w:rsidRPr="00D04BE8" w:rsidRDefault="00CB1343">
      <w:pPr>
        <w:pStyle w:val="Overskrift4"/>
        <w:rPr>
          <w:lang w:val="da-DK"/>
        </w:rPr>
      </w:pPr>
      <w:r w:rsidRPr="00D04BE8">
        <w:rPr>
          <w:lang w:val="da-DK"/>
        </w:rPr>
        <w:t>5.4 Tormax – aftale? (Holger)</w:t>
      </w:r>
    </w:p>
    <w:p w14:paraId="347F37D8" w14:textId="365577B3" w:rsidR="007225A5" w:rsidRPr="007225A5" w:rsidRDefault="007225A5" w:rsidP="007225A5">
      <w:pPr>
        <w:rPr>
          <w:lang w:val="da-DK"/>
        </w:rPr>
      </w:pPr>
      <w:r w:rsidRPr="007225A5">
        <w:rPr>
          <w:lang w:val="da-DK"/>
        </w:rPr>
        <w:t>Holger nævnte at Tormax havde været forbi med blandt andet en pc-løsning for at sikre, at automatikken fungerer 100 %. Denne mulighed foreligger ikke hos vores huselektriker.</w:t>
      </w:r>
    </w:p>
    <w:p w14:paraId="0F8E163D" w14:textId="77777777" w:rsidR="007225A5" w:rsidRPr="007225A5" w:rsidRDefault="007225A5" w:rsidP="007225A5">
      <w:pPr>
        <w:rPr>
          <w:lang w:val="da-DK"/>
        </w:rPr>
      </w:pPr>
      <w:r w:rsidRPr="007225A5">
        <w:rPr>
          <w:lang w:val="da-DK"/>
        </w:rPr>
        <w:t>Da der kun var en minimal besparelse mellem de to leverandører, blev det besluttet, at Tormax fremover skal servicere de automatiske døre.</w:t>
      </w:r>
    </w:p>
    <w:p w14:paraId="58F7E18C" w14:textId="77777777" w:rsidR="007225A5" w:rsidRPr="007225A5" w:rsidRDefault="007225A5" w:rsidP="007225A5">
      <w:pPr>
        <w:rPr>
          <w:lang w:val="da-DK"/>
        </w:rPr>
      </w:pPr>
      <w:r w:rsidRPr="007225A5">
        <w:rPr>
          <w:lang w:val="da-DK"/>
        </w:rPr>
        <w:t>Lars vil tage kontakt til Tormax vedrørende det videre forløb.</w:t>
      </w:r>
    </w:p>
    <w:p w14:paraId="7CA2737E" w14:textId="77777777" w:rsidR="00073032" w:rsidRPr="00D04BE8" w:rsidRDefault="00CB1343">
      <w:pPr>
        <w:pStyle w:val="Overskrift4"/>
        <w:rPr>
          <w:lang w:val="da-DK"/>
        </w:rPr>
      </w:pPr>
      <w:r w:rsidRPr="00D04BE8">
        <w:rPr>
          <w:lang w:val="da-DK"/>
        </w:rPr>
        <w:t>5.5 Opmaling P båse – tidspunkt (Lars)</w:t>
      </w:r>
    </w:p>
    <w:p w14:paraId="4089E901" w14:textId="24EDD0A1" w:rsidR="006A12F1" w:rsidRPr="007225A5" w:rsidRDefault="007225A5" w:rsidP="007225A5">
      <w:pPr>
        <w:rPr>
          <w:lang w:val="da-DK"/>
        </w:rPr>
      </w:pPr>
      <w:r w:rsidRPr="007225A5">
        <w:rPr>
          <w:lang w:val="da-DK"/>
        </w:rPr>
        <w:t>Lars påpegede igen, at det vil ske i løbet af foråret 2026.</w:t>
      </w:r>
    </w:p>
    <w:p w14:paraId="158967C5" w14:textId="31561B6F" w:rsidR="007225A5" w:rsidRPr="007225A5" w:rsidRDefault="007225A5" w:rsidP="007225A5">
      <w:pPr>
        <w:rPr>
          <w:lang w:val="da-DK"/>
        </w:rPr>
      </w:pPr>
      <w:r w:rsidRPr="007225A5">
        <w:rPr>
          <w:lang w:val="da-DK"/>
        </w:rPr>
        <w:t>Lars nævnte endvidere, at han ikke</w:t>
      </w:r>
      <w:r>
        <w:rPr>
          <w:lang w:val="da-DK"/>
        </w:rPr>
        <w:t xml:space="preserve"> p.t.</w:t>
      </w:r>
      <w:r w:rsidRPr="007225A5">
        <w:rPr>
          <w:lang w:val="da-DK"/>
        </w:rPr>
        <w:t xml:space="preserve"> har kunnet få kontakt til sin kontaktperson vedrørende den endelige udførelse.</w:t>
      </w:r>
    </w:p>
    <w:p w14:paraId="4B8F4446" w14:textId="77777777" w:rsidR="00073032" w:rsidRPr="00D04BE8" w:rsidRDefault="00CB1343">
      <w:pPr>
        <w:pStyle w:val="Overskrift4"/>
        <w:rPr>
          <w:lang w:val="da-DK"/>
        </w:rPr>
      </w:pPr>
      <w:r w:rsidRPr="00D04BE8">
        <w:rPr>
          <w:lang w:val="da-DK"/>
        </w:rPr>
        <w:t>5.6 Opfølgning på Vejle Kommunes opretning af fortov (Klaus)</w:t>
      </w:r>
    </w:p>
    <w:p w14:paraId="5114447B" w14:textId="0051BFD5" w:rsidR="00073032" w:rsidRPr="00D04BE8" w:rsidRDefault="00DB5AF1">
      <w:pPr>
        <w:rPr>
          <w:lang w:val="da-DK"/>
        </w:rPr>
      </w:pPr>
      <w:r w:rsidRPr="00DB5AF1">
        <w:rPr>
          <w:lang w:val="da-DK"/>
        </w:rPr>
        <w:t xml:space="preserve">Klaus har ikke længere en direkte kontakt i kommunen. Klaus har dog fået oplyst, at sagen er registreret hos kommunen, men at det ikke er muligt at fastsætte en konkret måned eller dato for den endelige udbedring. </w:t>
      </w:r>
      <w:r w:rsidRPr="00073A02">
        <w:rPr>
          <w:lang w:val="da-DK"/>
        </w:rPr>
        <w:t>Det forventes dog, at dette sker i løbet af 2026.</w:t>
      </w:r>
    </w:p>
    <w:p w14:paraId="1193F435" w14:textId="77777777" w:rsidR="00073032" w:rsidRPr="00D04BE8" w:rsidRDefault="00CB1343">
      <w:pPr>
        <w:pStyle w:val="Overskrift4"/>
        <w:rPr>
          <w:lang w:val="da-DK"/>
        </w:rPr>
      </w:pPr>
      <w:r w:rsidRPr="00D04BE8">
        <w:rPr>
          <w:lang w:val="da-DK"/>
        </w:rPr>
        <w:t>5.7 Sedum beplantning foråret 2026 – tilbud modtaget? (Klaus)</w:t>
      </w:r>
    </w:p>
    <w:p w14:paraId="0A28870A" w14:textId="7AE9DAF9" w:rsidR="008B0038" w:rsidRPr="008B0038" w:rsidRDefault="008B0038" w:rsidP="008B0038">
      <w:pPr>
        <w:rPr>
          <w:lang w:val="da-DK"/>
        </w:rPr>
      </w:pPr>
      <w:r w:rsidRPr="008B0038">
        <w:rPr>
          <w:lang w:val="da-DK"/>
        </w:rPr>
        <w:t xml:space="preserve">Kort forinden mødet havde Klaus modtaget et tilbud fra anlægsgartneren. Den samlede pris for de 430 kvm var </w:t>
      </w:r>
      <w:r w:rsidR="00CB1343">
        <w:rPr>
          <w:lang w:val="da-DK"/>
        </w:rPr>
        <w:t>meget høj</w:t>
      </w:r>
      <w:r w:rsidRPr="008B0038">
        <w:rPr>
          <w:lang w:val="da-DK"/>
        </w:rPr>
        <w:t>.</w:t>
      </w:r>
    </w:p>
    <w:p w14:paraId="4FD14EF7" w14:textId="77777777" w:rsidR="008B0038" w:rsidRPr="008B0038" w:rsidRDefault="008B0038" w:rsidP="008B0038">
      <w:pPr>
        <w:rPr>
          <w:lang w:val="da-DK"/>
        </w:rPr>
      </w:pPr>
      <w:r w:rsidRPr="008B0038">
        <w:rPr>
          <w:lang w:val="da-DK"/>
        </w:rPr>
        <w:t>Det blev derfor besluttet, at der på nuværende tidspunkt ikke arbejdes videre med denne løsning.</w:t>
      </w:r>
    </w:p>
    <w:p w14:paraId="2BCF4CBF" w14:textId="18C01E39" w:rsidR="008B0038" w:rsidRPr="008B0038" w:rsidRDefault="008B0038" w:rsidP="008B0038">
      <w:pPr>
        <w:rPr>
          <w:lang w:val="da-DK"/>
        </w:rPr>
      </w:pPr>
      <w:r w:rsidRPr="008B0038">
        <w:rPr>
          <w:lang w:val="da-DK"/>
        </w:rPr>
        <w:t xml:space="preserve">I stedet skal der arbejdes aktivt på at få etableret nedgravede drypslanger i hele arealet. Hans Erik </w:t>
      </w:r>
      <w:r w:rsidR="00CB1343">
        <w:rPr>
          <w:lang w:val="da-DK"/>
        </w:rPr>
        <w:t>vil arbejde videre hermed.</w:t>
      </w:r>
    </w:p>
    <w:p w14:paraId="08C7BFE2" w14:textId="77777777" w:rsidR="00073032" w:rsidRPr="00D04BE8" w:rsidRDefault="00CB1343">
      <w:pPr>
        <w:pStyle w:val="Overskrift4"/>
        <w:rPr>
          <w:lang w:val="da-DK"/>
        </w:rPr>
      </w:pPr>
      <w:r w:rsidRPr="00D04BE8">
        <w:rPr>
          <w:lang w:val="da-DK"/>
        </w:rPr>
        <w:t>5.8 Indkøb af græsslåmaskine (Per)</w:t>
      </w:r>
    </w:p>
    <w:p w14:paraId="56B361C1" w14:textId="4CFEA081" w:rsidR="008B0038" w:rsidRPr="008B0038" w:rsidRDefault="008B0038" w:rsidP="008B0038">
      <w:pPr>
        <w:rPr>
          <w:lang w:val="da-DK"/>
        </w:rPr>
      </w:pPr>
      <w:r w:rsidRPr="008B0038">
        <w:rPr>
          <w:lang w:val="da-DK"/>
        </w:rPr>
        <w:t>Søren, vicevært, har meddelt, at den nuværende plæneklipper ikke længere kan anvendes</w:t>
      </w:r>
      <w:r>
        <w:rPr>
          <w:lang w:val="da-DK"/>
        </w:rPr>
        <w:t xml:space="preserve"> / repareres</w:t>
      </w:r>
      <w:r w:rsidRPr="008B0038">
        <w:rPr>
          <w:lang w:val="da-DK"/>
        </w:rPr>
        <w:t>.</w:t>
      </w:r>
    </w:p>
    <w:p w14:paraId="3ABA0C05" w14:textId="77777777" w:rsidR="008B0038" w:rsidRPr="008B0038" w:rsidRDefault="008B0038" w:rsidP="008B0038">
      <w:pPr>
        <w:rPr>
          <w:lang w:val="da-DK"/>
        </w:rPr>
      </w:pPr>
      <w:r w:rsidRPr="008B0038">
        <w:rPr>
          <w:lang w:val="da-DK"/>
        </w:rPr>
        <w:t>Foreningen har i dag en aftale med DM Greenkeeping om pleje mv. af græsarealet. På opfordring har de vendt tilbage med et par tilbud på GPS-styrede robotplæneklippere, som vurderes som attraktive.</w:t>
      </w:r>
    </w:p>
    <w:p w14:paraId="3076F2AC" w14:textId="5A185653" w:rsidR="00073032" w:rsidRPr="00D04BE8" w:rsidRDefault="008B0038">
      <w:pPr>
        <w:rPr>
          <w:lang w:val="da-DK"/>
        </w:rPr>
      </w:pPr>
      <w:r w:rsidRPr="008B0038">
        <w:rPr>
          <w:lang w:val="da-DK"/>
        </w:rPr>
        <w:t xml:space="preserve">Per vil sørge for kontakt til DM Greenkeeping med henblik på en aftale hurtigst muligt, </w:t>
      </w:r>
      <w:r w:rsidR="005E61F7">
        <w:rPr>
          <w:lang w:val="da-DK"/>
        </w:rPr>
        <w:t xml:space="preserve">grundet situationen med </w:t>
      </w:r>
      <w:r w:rsidRPr="008B0038">
        <w:rPr>
          <w:lang w:val="da-DK"/>
        </w:rPr>
        <w:t>den nuværende plæneklipper.</w:t>
      </w:r>
    </w:p>
    <w:p w14:paraId="1F6E09A5" w14:textId="1D5425E9" w:rsidR="00073032" w:rsidRPr="00D04BE8" w:rsidRDefault="00CB1343" w:rsidP="00CB1343">
      <w:pPr>
        <w:pStyle w:val="Overskrift4"/>
        <w:rPr>
          <w:lang w:val="da-DK"/>
        </w:rPr>
      </w:pPr>
      <w:r w:rsidRPr="00D04BE8">
        <w:rPr>
          <w:lang w:val="da-DK"/>
        </w:rPr>
        <w:t>5.9 Kant af terrasser – vicevært skal sprøjte i foråret 2026</w:t>
      </w:r>
    </w:p>
    <w:p w14:paraId="1F30ABA7" w14:textId="77777777" w:rsidR="00457CE5" w:rsidRPr="00457CE5" w:rsidRDefault="00457CE5" w:rsidP="00457CE5">
      <w:pPr>
        <w:rPr>
          <w:lang w:val="da-DK"/>
        </w:rPr>
      </w:pPr>
      <w:r w:rsidRPr="00457CE5">
        <w:rPr>
          <w:lang w:val="da-DK"/>
        </w:rPr>
        <w:t>Hans Erik har indgået aftale med Søren, vicevært, og der vil blive rundsendt en samlet plan. Det er tanken, at dette vil ske ca. en uge før næste vinduesvask for at opnå det mest optimale udbytte og effekt.</w:t>
      </w:r>
    </w:p>
    <w:p w14:paraId="2935E44F" w14:textId="77777777" w:rsidR="00457CE5" w:rsidRPr="00457CE5" w:rsidRDefault="00457CE5" w:rsidP="00457CE5">
      <w:pPr>
        <w:rPr>
          <w:lang w:val="da-DK"/>
        </w:rPr>
      </w:pPr>
      <w:r w:rsidRPr="00457CE5">
        <w:rPr>
          <w:lang w:val="da-DK"/>
        </w:rPr>
        <w:t>Vinduespudseren vil desuden blive informeret om, at de skal spule kanterne. Jens vil tage kontakt til vinduespudseren herom.</w:t>
      </w:r>
    </w:p>
    <w:p w14:paraId="5ACEC5DA" w14:textId="77777777" w:rsidR="00073032" w:rsidRPr="00D04BE8" w:rsidRDefault="00CB1343">
      <w:pPr>
        <w:pStyle w:val="Overskrift4"/>
        <w:rPr>
          <w:lang w:val="da-DK"/>
        </w:rPr>
      </w:pPr>
      <w:r w:rsidRPr="00D04BE8">
        <w:rPr>
          <w:lang w:val="da-DK"/>
        </w:rPr>
        <w:t>6. Kommende generalforsamlinger i Ejerforeningerne, herunder vedtægter</w:t>
      </w:r>
    </w:p>
    <w:p w14:paraId="2347B322" w14:textId="77777777" w:rsidR="00446892" w:rsidRPr="00446892" w:rsidRDefault="00446892" w:rsidP="00446892">
      <w:pPr>
        <w:rPr>
          <w:lang w:val="da-DK"/>
        </w:rPr>
      </w:pPr>
      <w:r w:rsidRPr="00446892">
        <w:rPr>
          <w:lang w:val="da-DK"/>
        </w:rPr>
        <w:t>Oplægget til begrundelsen for, hvorfor der skal udarbejdes nye vedtægter, blev godkendt uden anmærkninger og vil derfor blive rundsendt til alle ejere.</w:t>
      </w:r>
    </w:p>
    <w:p w14:paraId="10AFF79F" w14:textId="77777777" w:rsidR="00446892" w:rsidRPr="00446892" w:rsidRDefault="00446892" w:rsidP="00446892">
      <w:pPr>
        <w:rPr>
          <w:lang w:val="da-DK"/>
        </w:rPr>
      </w:pPr>
      <w:r w:rsidRPr="00446892">
        <w:rPr>
          <w:lang w:val="da-DK"/>
        </w:rPr>
        <w:t>Der var en kort drøftelse af, hvorvidt lejerne i Bølgen 5 kan deltage i generalforsamlingen. Dette blev afvist.</w:t>
      </w:r>
    </w:p>
    <w:p w14:paraId="49BB4130" w14:textId="7D13B9B2" w:rsidR="00446892" w:rsidRDefault="00446892" w:rsidP="00446892">
      <w:pPr>
        <w:rPr>
          <w:lang w:val="da-DK"/>
        </w:rPr>
      </w:pPr>
      <w:r w:rsidRPr="00446892">
        <w:rPr>
          <w:lang w:val="da-DK"/>
        </w:rPr>
        <w:t>Per har foreslået en</w:t>
      </w:r>
      <w:r w:rsidR="00CB1343">
        <w:rPr>
          <w:lang w:val="da-DK"/>
        </w:rPr>
        <w:t xml:space="preserve"> </w:t>
      </w:r>
      <w:r w:rsidRPr="00446892">
        <w:rPr>
          <w:lang w:val="da-DK"/>
        </w:rPr>
        <w:t>bekendt</w:t>
      </w:r>
      <w:r w:rsidR="00CB1343">
        <w:rPr>
          <w:lang w:val="da-DK"/>
        </w:rPr>
        <w:t xml:space="preserve"> jurist</w:t>
      </w:r>
      <w:r w:rsidRPr="00446892">
        <w:rPr>
          <w:lang w:val="da-DK"/>
        </w:rPr>
        <w:t xml:space="preserve"> til at lede </w:t>
      </w:r>
      <w:r w:rsidR="00CB1343">
        <w:rPr>
          <w:lang w:val="da-DK"/>
        </w:rPr>
        <w:t xml:space="preserve">formødet til </w:t>
      </w:r>
      <w:r w:rsidRPr="00446892">
        <w:rPr>
          <w:lang w:val="da-DK"/>
        </w:rPr>
        <w:t>generalforsamlingen. Dette blev accepteret som en god idé.</w:t>
      </w:r>
    </w:p>
    <w:p w14:paraId="6E0B81D1" w14:textId="77777777" w:rsidR="00F06C7C" w:rsidRPr="00F06C7C" w:rsidRDefault="00F06C7C" w:rsidP="00F06C7C">
      <w:pPr>
        <w:rPr>
          <w:lang w:val="da-DK"/>
        </w:rPr>
      </w:pPr>
      <w:r w:rsidRPr="00F06C7C">
        <w:rPr>
          <w:lang w:val="da-DK"/>
        </w:rPr>
        <w:t>Per efterspurgte, om der var specifikke punkter, forslag m.m., som han skal medtage i beretningen.</w:t>
      </w:r>
    </w:p>
    <w:p w14:paraId="4A802BCB" w14:textId="77777777" w:rsidR="00F06C7C" w:rsidRDefault="00F06C7C" w:rsidP="00F06C7C">
      <w:pPr>
        <w:rPr>
          <w:lang w:val="da-DK"/>
        </w:rPr>
      </w:pPr>
      <w:r w:rsidRPr="00F06C7C">
        <w:rPr>
          <w:lang w:val="da-DK"/>
        </w:rPr>
        <w:t>Både Hans Erik og Klaus meddelte, at de denne gang har meget begrænset tekst til deres beretning.</w:t>
      </w:r>
    </w:p>
    <w:p w14:paraId="21CD0BFB" w14:textId="6A80DAA4" w:rsidR="00F06C7C" w:rsidRDefault="00F06C7C">
      <w:pPr>
        <w:rPr>
          <w:lang w:val="da-DK"/>
        </w:rPr>
      </w:pPr>
      <w:r w:rsidRPr="00F06C7C">
        <w:rPr>
          <w:lang w:val="da-DK"/>
        </w:rPr>
        <w:t>Det blev nævnt, at andre foreninger pr. automatik vedlægger en fuldmagt ved indkaldelse til generalforsamling. Det blev noteret, at dette tiltag vil blive indført</w:t>
      </w:r>
      <w:r w:rsidR="00CB1343">
        <w:rPr>
          <w:lang w:val="da-DK"/>
        </w:rPr>
        <w:t>.</w:t>
      </w:r>
    </w:p>
    <w:p w14:paraId="3B51BDAD" w14:textId="204F6B1D" w:rsidR="00073032" w:rsidRPr="00D04BE8" w:rsidRDefault="00446892">
      <w:pPr>
        <w:rPr>
          <w:lang w:val="da-DK"/>
        </w:rPr>
      </w:pPr>
      <w:r w:rsidRPr="00446892">
        <w:rPr>
          <w:lang w:val="da-DK"/>
        </w:rPr>
        <w:t>Husk at give besked til Hans Erik, hvis der ønskes smørrebrød til generalforsamlingen.</w:t>
      </w:r>
    </w:p>
    <w:p w14:paraId="49E665B9" w14:textId="77777777" w:rsidR="00073032" w:rsidRPr="00D04BE8" w:rsidRDefault="00CB1343">
      <w:pPr>
        <w:pStyle w:val="Overskrift4"/>
        <w:rPr>
          <w:lang w:val="da-DK"/>
        </w:rPr>
      </w:pPr>
      <w:r w:rsidRPr="00D04BE8">
        <w:rPr>
          <w:lang w:val="da-DK"/>
        </w:rPr>
        <w:t>7. Nyt fra Ejerforeningerne (Hans Erik/Per og Jens/Klaus)</w:t>
      </w:r>
    </w:p>
    <w:p w14:paraId="196A7347" w14:textId="77777777" w:rsidR="00E73071" w:rsidRPr="00E73071" w:rsidRDefault="00E73071" w:rsidP="00E73071">
      <w:pPr>
        <w:rPr>
          <w:lang w:val="da-DK"/>
        </w:rPr>
      </w:pPr>
      <w:r w:rsidRPr="00E73071">
        <w:rPr>
          <w:lang w:val="da-DK"/>
        </w:rPr>
        <w:t>Intet at tilføje fra Bølgen 1 &amp; 2. De nuværende medlemmer forventes at fortsætte.</w:t>
      </w:r>
    </w:p>
    <w:p w14:paraId="66593F11" w14:textId="4DBD7A53" w:rsidR="00073032" w:rsidRPr="00D04BE8" w:rsidRDefault="00E73071">
      <w:pPr>
        <w:rPr>
          <w:lang w:val="da-DK"/>
        </w:rPr>
      </w:pPr>
      <w:r w:rsidRPr="00E73071">
        <w:rPr>
          <w:lang w:val="da-DK"/>
        </w:rPr>
        <w:t>Hans Erik oplyste, at der nu endelig er indgået en skriftlig aftale med Bach Gruppen, underskrevet den 1. april 2026. Næste skridt er 1-årsgennemgangen.</w:t>
      </w:r>
      <w:r>
        <w:rPr>
          <w:lang w:val="da-DK"/>
        </w:rPr>
        <w:t xml:space="preserve"> </w:t>
      </w:r>
      <w:r w:rsidRPr="00E73071">
        <w:rPr>
          <w:lang w:val="da-DK"/>
        </w:rPr>
        <w:t>Der er taget kontakt til et nyt medlem og en suppleant</w:t>
      </w:r>
      <w:r w:rsidR="00CB1343">
        <w:rPr>
          <w:lang w:val="da-DK"/>
        </w:rPr>
        <w:t xml:space="preserve"> til bestyrelsen </w:t>
      </w:r>
      <w:r w:rsidRPr="00E73071">
        <w:rPr>
          <w:lang w:val="da-DK"/>
        </w:rPr>
        <w:t>for Bølgen 3 &amp; 4</w:t>
      </w:r>
    </w:p>
    <w:p w14:paraId="08D56963" w14:textId="77777777" w:rsidR="00073032" w:rsidRPr="00D04BE8" w:rsidRDefault="00CB1343">
      <w:pPr>
        <w:pStyle w:val="Overskrift4"/>
        <w:rPr>
          <w:lang w:val="da-DK"/>
        </w:rPr>
      </w:pPr>
      <w:r w:rsidRPr="00D04BE8">
        <w:rPr>
          <w:lang w:val="da-DK"/>
        </w:rPr>
        <w:t>8. Eventuelt</w:t>
      </w:r>
    </w:p>
    <w:p w14:paraId="24BA42D9" w14:textId="77777777" w:rsidR="00B57484" w:rsidRPr="00B57484" w:rsidRDefault="00B57484" w:rsidP="00B57484">
      <w:pPr>
        <w:rPr>
          <w:lang w:val="da-DK"/>
        </w:rPr>
      </w:pPr>
      <w:r w:rsidRPr="00B57484">
        <w:rPr>
          <w:lang w:val="da-DK"/>
        </w:rPr>
        <w:t>Bølgen A/S har igen arbejdet med tætning af membranen over garagen, herunder problematikken med vandindtrængning i cykelkælderen.</w:t>
      </w:r>
    </w:p>
    <w:p w14:paraId="18A335FB" w14:textId="77777777" w:rsidR="00B57484" w:rsidRPr="00B57484" w:rsidRDefault="00B57484" w:rsidP="00B57484">
      <w:pPr>
        <w:rPr>
          <w:lang w:val="da-DK"/>
        </w:rPr>
      </w:pPr>
      <w:r w:rsidRPr="00B57484">
        <w:rPr>
          <w:lang w:val="da-DK"/>
        </w:rPr>
        <w:t>Det er p.t. oplyst, at man nu håber at være kommet i mål, men at et almindeligt regnvejr vil kunne afdække effekten.</w:t>
      </w:r>
    </w:p>
    <w:p w14:paraId="485AAC09" w14:textId="77777777" w:rsidR="00B57484" w:rsidRPr="00B57484" w:rsidRDefault="00B57484" w:rsidP="00B57484">
      <w:pPr>
        <w:rPr>
          <w:lang w:val="da-DK"/>
        </w:rPr>
      </w:pPr>
      <w:r w:rsidRPr="00B57484">
        <w:rPr>
          <w:lang w:val="da-DK"/>
        </w:rPr>
        <w:t>Hvis problemet fortsat viser sig, vil der blive arbejdet videre med udbedring, indtil problematikken er endeligt løst.</w:t>
      </w:r>
    </w:p>
    <w:p w14:paraId="1D8D3546" w14:textId="60C018A2" w:rsidR="00B57484" w:rsidRDefault="00B57484">
      <w:pPr>
        <w:rPr>
          <w:lang w:val="da-DK"/>
        </w:rPr>
      </w:pPr>
      <w:r w:rsidRPr="00B57484">
        <w:rPr>
          <w:lang w:val="da-DK"/>
        </w:rPr>
        <w:t>Kort drøftelse om den nye platform til hjemmesiden. Finn har lovet at få hjemmesiden opdateret og</w:t>
      </w:r>
      <w:r>
        <w:rPr>
          <w:lang w:val="da-DK"/>
        </w:rPr>
        <w:t xml:space="preserve"> </w:t>
      </w:r>
      <w:r w:rsidRPr="00B57484">
        <w:rPr>
          <w:lang w:val="da-DK"/>
        </w:rPr>
        <w:t>vedligeholdt.</w:t>
      </w:r>
    </w:p>
    <w:p w14:paraId="5E69A6CA" w14:textId="77777777" w:rsidR="00750139" w:rsidRPr="00750139" w:rsidRDefault="00750139" w:rsidP="00750139">
      <w:pPr>
        <w:rPr>
          <w:lang w:val="da-DK"/>
        </w:rPr>
      </w:pPr>
      <w:r w:rsidRPr="00750139">
        <w:rPr>
          <w:lang w:val="da-DK"/>
        </w:rPr>
        <w:t>Kort forinden mødet rundsendte Klaus et tilbud fra Købstædernes Forsikring. Der blev påpeget flere mangler og uklarheder i tilbuddet, og Klaus vil vende retur til Købstædernes. Uanset dette er der opsigelse på den nuværende aftale med TRYG, hvorfor en eventuel ændring tidligst kan ske fra 2027.</w:t>
      </w:r>
    </w:p>
    <w:p w14:paraId="416AD2BA" w14:textId="2B4588E3" w:rsidR="003C4566" w:rsidRDefault="00750139" w:rsidP="003C4566">
      <w:pPr>
        <w:rPr>
          <w:lang w:val="da-DK"/>
        </w:rPr>
      </w:pPr>
      <w:r w:rsidRPr="00750139">
        <w:rPr>
          <w:lang w:val="da-DK"/>
        </w:rPr>
        <w:t>I Bølgen 1 &amp; 2 er det konstateret, at silikonefugerne mod vandsiden trænger til fornyelse.</w:t>
      </w:r>
      <w:r w:rsidR="00CB1343">
        <w:rPr>
          <w:lang w:val="da-DK"/>
        </w:rPr>
        <w:t xml:space="preserve"> </w:t>
      </w:r>
      <w:r w:rsidR="003C4566" w:rsidRPr="003C4566">
        <w:rPr>
          <w:lang w:val="da-DK"/>
        </w:rPr>
        <w:t>Hans Erik påpegede, at den gældende aftale er, at alle forhold vedrørende beton og fuger påhviler de enkelte ejerforeninger.</w:t>
      </w:r>
      <w:r w:rsidR="00CB1343">
        <w:rPr>
          <w:lang w:val="da-DK"/>
        </w:rPr>
        <w:t xml:space="preserve"> </w:t>
      </w:r>
      <w:r w:rsidR="003C4566" w:rsidRPr="003C4566">
        <w:rPr>
          <w:lang w:val="da-DK"/>
        </w:rPr>
        <w:t>Lars og Bertel bemærkede dog, at de samlet vil foretage en vurdering af problematikken</w:t>
      </w:r>
      <w:r w:rsidR="00EB759A">
        <w:rPr>
          <w:lang w:val="da-DK"/>
        </w:rPr>
        <w:t xml:space="preserve"> / stille deres viden tilrådighed</w:t>
      </w:r>
      <w:r w:rsidR="003C4566" w:rsidRPr="003C4566">
        <w:rPr>
          <w:lang w:val="da-DK"/>
        </w:rPr>
        <w:t xml:space="preserve"> </w:t>
      </w:r>
      <w:r w:rsidR="00EB759A">
        <w:rPr>
          <w:lang w:val="da-DK"/>
        </w:rPr>
        <w:t xml:space="preserve">uden ansvar </w:t>
      </w:r>
      <w:r w:rsidR="003C4566" w:rsidRPr="003C4566">
        <w:rPr>
          <w:lang w:val="da-DK"/>
        </w:rPr>
        <w:t>for alle 5 Bølger og vende tilbage herefter.</w:t>
      </w:r>
    </w:p>
    <w:p w14:paraId="3A22FEC4" w14:textId="77777777" w:rsidR="003C4566" w:rsidRPr="003C4566" w:rsidRDefault="003C4566" w:rsidP="003C4566">
      <w:pPr>
        <w:rPr>
          <w:lang w:val="da-DK"/>
        </w:rPr>
      </w:pPr>
      <w:r w:rsidRPr="003C4566">
        <w:rPr>
          <w:lang w:val="da-DK"/>
        </w:rPr>
        <w:t>Vedrørende service på de automatiske porte blev det drøftet, at Kronborg hidtil er blevet fravalgt i forhold til en fast serviceaftale, idet tidligere serviceeftersyn, jf. blandt andet seneste referat, ikke har haft den ønskede effekt. Det blev konstateret, at portene flere gange er gået i stykker kort tid efter udført service. Kronborg har igen tilbudt at komme forbi, men da det tilsyneladende ikke er den samme servicemedarbejder hver gang, var der enstemmig opbakning til fortsat ikke at indgå en fast serviceaftale. Den nuværende aftale fastholdes derfor, således at der alene rettes henvendelse, når portene støjer eller viser konkrete fejl. Klaus påpegede i den forbindelse, at dette aktuelt er tilfældet med sydporten. Lars kontakter Kronborg for at aftale et besøg. Bertel nævnte desuden en problematik vedrørende skinnerne, som Lars ligeledes vil videreformidle.</w:t>
      </w:r>
    </w:p>
    <w:p w14:paraId="6B946CD5" w14:textId="77777777" w:rsidR="003C4566" w:rsidRPr="003C4566" w:rsidRDefault="003C4566" w:rsidP="003C4566">
      <w:pPr>
        <w:rPr>
          <w:lang w:val="da-DK"/>
        </w:rPr>
      </w:pPr>
      <w:r w:rsidRPr="003C4566">
        <w:rPr>
          <w:lang w:val="da-DK"/>
        </w:rPr>
        <w:t>Det blev præciseret, at der fortsat gælder en klar aftale om, at alle ejere, som ønsker opsætning af ellader til bil, forudgående skal kontakte Per. Det har imidlertid vist sig, at dette ikke konsekvent er blevet overholdt. Per har gennemgået forholdene og konstateret, at 11 elladere er opsat uden forudgående tilladelse, ligesom enkelte ladere er nedtaget uden orientering. Per vil tage kontakt til de pågældende ejere.</w:t>
      </w:r>
    </w:p>
    <w:p w14:paraId="40FA7A34" w14:textId="59DFD202" w:rsidR="00F62562" w:rsidRPr="00EB759A" w:rsidRDefault="003C4566" w:rsidP="003C4566">
      <w:pPr>
        <w:rPr>
          <w:lang w:val="da-DK"/>
        </w:rPr>
      </w:pPr>
      <w:r w:rsidRPr="003C4566">
        <w:rPr>
          <w:lang w:val="da-DK"/>
        </w:rPr>
        <w:t>Herudover er det konstateret, at flere ladere er monteret med front ud mod passagen frem for ind mod det enkelte parkeringsareal. Dette skal ændres, da den nuværende placering ikke kan accepteres. Problemstillingen vil løbende blive håndteret med de relevante ejere</w:t>
      </w:r>
      <w:r w:rsidR="00EB759A">
        <w:rPr>
          <w:lang w:val="da-DK"/>
        </w:rPr>
        <w:t xml:space="preserve"> i Bølgen 1, 2, 3 og 4 og Per har påtaget sig den opgave.  Ejendomsselskabet Bertel Nielsen A/S vil tage fat i de relevante lejer i Bølgen 5. </w:t>
      </w:r>
    </w:p>
    <w:p w14:paraId="0BF80D6B" w14:textId="4932004D" w:rsidR="003C4566" w:rsidRPr="003C4566" w:rsidRDefault="003C4566" w:rsidP="003C4566">
      <w:pPr>
        <w:rPr>
          <w:vanish/>
          <w:lang w:val="da-DK"/>
        </w:rPr>
      </w:pPr>
      <w:r w:rsidRPr="003C4566">
        <w:rPr>
          <w:lang w:val="da-DK"/>
        </w:rPr>
        <w:t>Med afsæt i blandt andet ovenstående blev der opnået enighed om, at der fremadrettet skal udarbejdes en fast, årlig skrivelse til alle ejere, hvori en række enkle og væsentlige regler genopfriskes. Dette kan eksempelvis ske i form af en liste med cirka 10 punkter. Formålet er at sikre, at alle ejere til enhver tid er bekendt med gældende husregler og praktiske retningslinjer.</w:t>
      </w:r>
      <w:r w:rsidRPr="003C4566">
        <w:rPr>
          <w:vanish/>
          <w:lang w:val="da-DK"/>
        </w:rPr>
        <w:t>Øverst på formularen</w:t>
      </w:r>
    </w:p>
    <w:p w14:paraId="46276EE7" w14:textId="77777777" w:rsidR="003C4566" w:rsidRPr="003C4566" w:rsidRDefault="003C4566" w:rsidP="003C4566">
      <w:pPr>
        <w:rPr>
          <w:lang w:val="da-DK"/>
        </w:rPr>
      </w:pPr>
    </w:p>
    <w:p w14:paraId="71D67420" w14:textId="77777777" w:rsidR="003C4566" w:rsidRPr="003C4566" w:rsidRDefault="003C4566" w:rsidP="003C4566">
      <w:pPr>
        <w:rPr>
          <w:vanish/>
          <w:lang w:val="da-DK"/>
        </w:rPr>
      </w:pPr>
      <w:r w:rsidRPr="003C4566">
        <w:rPr>
          <w:vanish/>
          <w:lang w:val="da-DK"/>
        </w:rPr>
        <w:t>Nederst på formularen</w:t>
      </w:r>
    </w:p>
    <w:p w14:paraId="0D487B8C" w14:textId="77777777" w:rsidR="00073A02" w:rsidRPr="00D04BE8" w:rsidRDefault="00073A02">
      <w:pPr>
        <w:rPr>
          <w:lang w:val="da-DK"/>
        </w:rPr>
      </w:pPr>
    </w:p>
    <w:p w14:paraId="58C3D63D" w14:textId="77777777" w:rsidR="00073032" w:rsidRPr="00D04BE8" w:rsidRDefault="00CB1343">
      <w:pPr>
        <w:pStyle w:val="Overskrift4"/>
        <w:rPr>
          <w:lang w:val="da-DK"/>
        </w:rPr>
      </w:pPr>
      <w:r w:rsidRPr="00D04BE8">
        <w:rPr>
          <w:lang w:val="da-DK"/>
        </w:rPr>
        <w:t>9. Fastsættelse af næste møde</w:t>
      </w:r>
    </w:p>
    <w:p w14:paraId="4F1A5998" w14:textId="66561CD8" w:rsidR="00D04BE8" w:rsidRPr="00D04BE8" w:rsidRDefault="00D04BE8" w:rsidP="00D04BE8">
      <w:pPr>
        <w:rPr>
          <w:lang w:val="da-DK"/>
        </w:rPr>
      </w:pPr>
      <w:r w:rsidRPr="00D04BE8">
        <w:rPr>
          <w:lang w:val="da-DK"/>
        </w:rPr>
        <w:t>Generalforsamlingen i Grundejerforeningen afholdes d. 1. juni 2026 kl. 18:30 i Lido Cafeen</w:t>
      </w:r>
      <w:r w:rsidR="00CB1343">
        <w:rPr>
          <w:lang w:val="da-DK"/>
        </w:rPr>
        <w:t>.</w:t>
      </w:r>
    </w:p>
    <w:p w14:paraId="355CDB40" w14:textId="77777777" w:rsidR="00073032" w:rsidRPr="00D04BE8" w:rsidRDefault="00CB1343">
      <w:pPr>
        <w:pStyle w:val="Overskrift3"/>
        <w:rPr>
          <w:lang w:val="da-DK"/>
        </w:rPr>
      </w:pPr>
      <w:r w:rsidRPr="00D04BE8">
        <w:rPr>
          <w:lang w:val="da-DK"/>
        </w:rPr>
        <w:t>Referent:</w:t>
      </w:r>
    </w:p>
    <w:p w14:paraId="0C6732A6" w14:textId="77777777" w:rsidR="00D04BE8" w:rsidRDefault="00CB1343">
      <w:pPr>
        <w:rPr>
          <w:lang w:val="da-DK"/>
        </w:rPr>
      </w:pPr>
      <w:r w:rsidRPr="00D04BE8">
        <w:rPr>
          <w:lang w:val="da-DK"/>
        </w:rPr>
        <w:t>Finn Nielsen</w:t>
      </w:r>
    </w:p>
    <w:p w14:paraId="1F1B8976" w14:textId="0117E2DF" w:rsidR="00073032" w:rsidRPr="00D04BE8" w:rsidRDefault="00CB1343">
      <w:pPr>
        <w:rPr>
          <w:lang w:val="da-DK"/>
        </w:rPr>
      </w:pPr>
      <w:r w:rsidRPr="00D04BE8">
        <w:rPr>
          <w:lang w:val="da-DK"/>
        </w:rPr>
        <w:t>27. april 2026</w:t>
      </w:r>
    </w:p>
    <w:p w14:paraId="7E753A85" w14:textId="77777777" w:rsidR="00073032" w:rsidRPr="00D04BE8" w:rsidRDefault="00CB1343">
      <w:pPr>
        <w:pStyle w:val="Overskrift3"/>
        <w:rPr>
          <w:lang w:val="da-DK"/>
        </w:rPr>
      </w:pPr>
      <w:r w:rsidRPr="00D04BE8">
        <w:rPr>
          <w:lang w:val="da-DK"/>
        </w:rPr>
        <w:t>Godkendt den: ______________________ 2026</w:t>
      </w:r>
    </w:p>
    <w:p w14:paraId="288828B3" w14:textId="77777777" w:rsidR="00D04BE8" w:rsidRDefault="00D04BE8">
      <w:pPr>
        <w:rPr>
          <w:lang w:val="da-DK"/>
        </w:rPr>
      </w:pPr>
    </w:p>
    <w:p w14:paraId="09D7599F" w14:textId="77777777" w:rsidR="00D04BE8" w:rsidRDefault="00D04BE8">
      <w:pPr>
        <w:rPr>
          <w:lang w:val="da-DK"/>
        </w:rPr>
      </w:pPr>
    </w:p>
    <w:p w14:paraId="72530B88" w14:textId="0A8E22BD" w:rsidR="00073032" w:rsidRPr="00D04BE8" w:rsidRDefault="00CB1343">
      <w:pPr>
        <w:rPr>
          <w:lang w:val="da-DK"/>
        </w:rPr>
      </w:pPr>
      <w:r w:rsidRPr="00D04BE8">
        <w:rPr>
          <w:lang w:val="da-DK"/>
        </w:rPr>
        <w:t>Jens Uth</w:t>
      </w:r>
    </w:p>
    <w:p w14:paraId="76EE4D20" w14:textId="77777777" w:rsidR="00073032" w:rsidRPr="00D04BE8" w:rsidRDefault="00073032">
      <w:pPr>
        <w:rPr>
          <w:lang w:val="da-DK"/>
        </w:rPr>
      </w:pPr>
    </w:p>
    <w:p w14:paraId="2F11B40B" w14:textId="77777777" w:rsidR="00073032" w:rsidRPr="00D04BE8" w:rsidRDefault="00CB1343">
      <w:pPr>
        <w:rPr>
          <w:lang w:val="da-DK"/>
        </w:rPr>
      </w:pPr>
      <w:r w:rsidRPr="00D04BE8">
        <w:rPr>
          <w:lang w:val="da-DK"/>
        </w:rPr>
        <w:t>Klaus Kaack Andersen</w:t>
      </w:r>
    </w:p>
    <w:p w14:paraId="5534E7BB" w14:textId="77777777" w:rsidR="00073032" w:rsidRPr="00D04BE8" w:rsidRDefault="00073032">
      <w:pPr>
        <w:rPr>
          <w:lang w:val="da-DK"/>
        </w:rPr>
      </w:pPr>
    </w:p>
    <w:p w14:paraId="69AAD3B0" w14:textId="77777777" w:rsidR="00073032" w:rsidRPr="00D04BE8" w:rsidRDefault="00CB1343">
      <w:pPr>
        <w:rPr>
          <w:lang w:val="da-DK"/>
        </w:rPr>
      </w:pPr>
      <w:r w:rsidRPr="00D04BE8">
        <w:rPr>
          <w:lang w:val="da-DK"/>
        </w:rPr>
        <w:t>Hans Erik Duschek-Hansen</w:t>
      </w:r>
    </w:p>
    <w:p w14:paraId="5987F036" w14:textId="77777777" w:rsidR="00073032" w:rsidRPr="00D04BE8" w:rsidRDefault="00073032">
      <w:pPr>
        <w:rPr>
          <w:lang w:val="da-DK"/>
        </w:rPr>
      </w:pPr>
    </w:p>
    <w:p w14:paraId="4F172953" w14:textId="77777777" w:rsidR="00073032" w:rsidRPr="004D2ABD" w:rsidRDefault="00CB1343">
      <w:pPr>
        <w:rPr>
          <w:lang w:val="da-DK"/>
        </w:rPr>
      </w:pPr>
      <w:r w:rsidRPr="004D2ABD">
        <w:rPr>
          <w:lang w:val="da-DK"/>
        </w:rPr>
        <w:t>Per Munk Laustsen</w:t>
      </w:r>
    </w:p>
    <w:p w14:paraId="46992999" w14:textId="77777777" w:rsidR="00073032" w:rsidRPr="004D2ABD" w:rsidRDefault="00073032">
      <w:pPr>
        <w:rPr>
          <w:lang w:val="da-DK"/>
        </w:rPr>
      </w:pPr>
    </w:p>
    <w:p w14:paraId="7CDDA141" w14:textId="77777777" w:rsidR="00073032" w:rsidRDefault="00CB1343">
      <w:r>
        <w:t>Bertel Dybdal Nielsen</w:t>
      </w:r>
    </w:p>
    <w:p w14:paraId="5D80302D" w14:textId="77777777" w:rsidR="00073032" w:rsidRDefault="00073032"/>
    <w:sectPr w:rsidR="00073032"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pstilling-talellerbogs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pstilling-talellerbogs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pstilling-punktteg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pstilling-punktteg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pstilling-talellerbogs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pstilling-punkttegn"/>
      <w:lvlText w:val=""/>
      <w:lvlJc w:val="left"/>
      <w:pPr>
        <w:tabs>
          <w:tab w:val="num" w:pos="360"/>
        </w:tabs>
        <w:ind w:left="360" w:hanging="360"/>
      </w:pPr>
      <w:rPr>
        <w:rFonts w:ascii="Symbol" w:hAnsi="Symbol" w:hint="default"/>
      </w:rPr>
    </w:lvl>
  </w:abstractNum>
  <w:num w:numId="1" w16cid:durableId="1711027480">
    <w:abstractNumId w:val="8"/>
  </w:num>
  <w:num w:numId="2" w16cid:durableId="976028070">
    <w:abstractNumId w:val="6"/>
  </w:num>
  <w:num w:numId="3" w16cid:durableId="1992640448">
    <w:abstractNumId w:val="5"/>
  </w:num>
  <w:num w:numId="4" w16cid:durableId="1209342055">
    <w:abstractNumId w:val="4"/>
  </w:num>
  <w:num w:numId="5" w16cid:durableId="1869877590">
    <w:abstractNumId w:val="7"/>
  </w:num>
  <w:num w:numId="6" w16cid:durableId="1754087919">
    <w:abstractNumId w:val="3"/>
  </w:num>
  <w:num w:numId="7" w16cid:durableId="1457137330">
    <w:abstractNumId w:val="2"/>
  </w:num>
  <w:num w:numId="8" w16cid:durableId="1691832020">
    <w:abstractNumId w:val="1"/>
  </w:num>
  <w:num w:numId="9" w16cid:durableId="7312693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5C4"/>
    <w:rsid w:val="00034616"/>
    <w:rsid w:val="0006063C"/>
    <w:rsid w:val="00073032"/>
    <w:rsid w:val="00073A02"/>
    <w:rsid w:val="00085A3C"/>
    <w:rsid w:val="000A616E"/>
    <w:rsid w:val="0015074B"/>
    <w:rsid w:val="00185F1C"/>
    <w:rsid w:val="001B6686"/>
    <w:rsid w:val="0029639D"/>
    <w:rsid w:val="002D147E"/>
    <w:rsid w:val="00326F90"/>
    <w:rsid w:val="00366498"/>
    <w:rsid w:val="003C4566"/>
    <w:rsid w:val="003E3CAB"/>
    <w:rsid w:val="00446892"/>
    <w:rsid w:val="00457CE5"/>
    <w:rsid w:val="00476878"/>
    <w:rsid w:val="004D2ABD"/>
    <w:rsid w:val="004F6CF0"/>
    <w:rsid w:val="005E61F7"/>
    <w:rsid w:val="006A12F1"/>
    <w:rsid w:val="007225A5"/>
    <w:rsid w:val="00750139"/>
    <w:rsid w:val="00806F10"/>
    <w:rsid w:val="008B0038"/>
    <w:rsid w:val="008B0EA5"/>
    <w:rsid w:val="00940ED0"/>
    <w:rsid w:val="00973B40"/>
    <w:rsid w:val="00AA1D8D"/>
    <w:rsid w:val="00B47730"/>
    <w:rsid w:val="00B57484"/>
    <w:rsid w:val="00BA65FD"/>
    <w:rsid w:val="00C20339"/>
    <w:rsid w:val="00C72A7D"/>
    <w:rsid w:val="00CB0664"/>
    <w:rsid w:val="00CB1343"/>
    <w:rsid w:val="00D04BE8"/>
    <w:rsid w:val="00D21066"/>
    <w:rsid w:val="00DB5AF1"/>
    <w:rsid w:val="00DE2374"/>
    <w:rsid w:val="00E73071"/>
    <w:rsid w:val="00EB759A"/>
    <w:rsid w:val="00EF06B0"/>
    <w:rsid w:val="00F06C7C"/>
    <w:rsid w:val="00F42A57"/>
    <w:rsid w:val="00F6256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634422"/>
  <w14:defaultImageDpi w14:val="300"/>
  <w15:docId w15:val="{9F75C0DD-474F-45EE-9097-8A04129FF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E618BF"/>
    <w:pPr>
      <w:tabs>
        <w:tab w:val="center" w:pos="4680"/>
        <w:tab w:val="right" w:pos="9360"/>
      </w:tabs>
      <w:spacing w:after="0" w:line="240" w:lineRule="auto"/>
    </w:pPr>
  </w:style>
  <w:style w:type="character" w:customStyle="1" w:styleId="SidehovedTegn">
    <w:name w:val="Sidehoved Tegn"/>
    <w:basedOn w:val="Standardskrifttypeiafsnit"/>
    <w:link w:val="Sidehoved"/>
    <w:uiPriority w:val="99"/>
    <w:rsid w:val="00E618BF"/>
  </w:style>
  <w:style w:type="paragraph" w:styleId="Sidefod">
    <w:name w:val="footer"/>
    <w:basedOn w:val="Normal"/>
    <w:link w:val="SidefodTegn"/>
    <w:uiPriority w:val="99"/>
    <w:unhideWhenUsed/>
    <w:rsid w:val="00E618BF"/>
    <w:pPr>
      <w:tabs>
        <w:tab w:val="center" w:pos="4680"/>
        <w:tab w:val="right" w:pos="9360"/>
      </w:tabs>
      <w:spacing w:after="0" w:line="240" w:lineRule="auto"/>
    </w:pPr>
  </w:style>
  <w:style w:type="character" w:customStyle="1" w:styleId="SidefodTegn">
    <w:name w:val="Sidefod Tegn"/>
    <w:basedOn w:val="Standardskrifttypeiafsnit"/>
    <w:link w:val="Sidefod"/>
    <w:uiPriority w:val="99"/>
    <w:rsid w:val="00E618BF"/>
  </w:style>
  <w:style w:type="paragraph" w:styleId="Ingenafstand">
    <w:name w:val="No Spacing"/>
    <w:uiPriority w:val="1"/>
    <w:qFormat/>
    <w:rsid w:val="00FC693F"/>
    <w:pPr>
      <w:spacing w:after="0" w:line="240" w:lineRule="auto"/>
    </w:pPr>
  </w:style>
  <w:style w:type="character" w:customStyle="1" w:styleId="Overskrift1Tegn">
    <w:name w:val="Overskrift 1 Tegn"/>
    <w:basedOn w:val="Standardskrifttypeiafsni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typeiafsni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typeiafsnit"/>
    <w:link w:val="Overskrift3"/>
    <w:uiPriority w:val="9"/>
    <w:rsid w:val="00FC693F"/>
    <w:rPr>
      <w:rFonts w:asciiTheme="majorHAnsi" w:eastAsiaTheme="majorEastAsia" w:hAnsiTheme="majorHAnsi" w:cstheme="majorBidi"/>
      <w:b/>
      <w:bCs/>
      <w:color w:val="4F81BD" w:themeColor="accent1"/>
    </w:rPr>
  </w:style>
  <w:style w:type="paragraph" w:styleId="Titel">
    <w:name w:val="Title"/>
    <w:basedOn w:val="Normal"/>
    <w:next w:val="Normal"/>
    <w:link w:val="Ti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Tegn">
    <w:name w:val="Titel Tegn"/>
    <w:basedOn w:val="Standardskrifttypeiafsni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el">
    <w:name w:val="Subtitle"/>
    <w:basedOn w:val="Normal"/>
    <w:next w:val="Normal"/>
    <w:link w:val="Underti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elTegn">
    <w:name w:val="Undertitel Tegn"/>
    <w:basedOn w:val="Standardskrifttypeiafsnit"/>
    <w:link w:val="U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afsni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typeiafsni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typeiafsni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typeiafsni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Opstilling-punkttegn">
    <w:name w:val="List Bullet"/>
    <w:basedOn w:val="Normal"/>
    <w:uiPriority w:val="99"/>
    <w:unhideWhenUsed/>
    <w:rsid w:val="00326F90"/>
    <w:pPr>
      <w:numPr>
        <w:numId w:val="1"/>
      </w:numPr>
      <w:contextualSpacing/>
    </w:pPr>
  </w:style>
  <w:style w:type="paragraph" w:styleId="Opstilling-punkttegn2">
    <w:name w:val="List Bullet 2"/>
    <w:basedOn w:val="Normal"/>
    <w:uiPriority w:val="99"/>
    <w:unhideWhenUsed/>
    <w:rsid w:val="00326F90"/>
    <w:pPr>
      <w:numPr>
        <w:numId w:val="2"/>
      </w:numPr>
      <w:contextualSpacing/>
    </w:pPr>
  </w:style>
  <w:style w:type="paragraph" w:styleId="Opstilling-punkttegn3">
    <w:name w:val="List Bullet 3"/>
    <w:basedOn w:val="Normal"/>
    <w:uiPriority w:val="99"/>
    <w:unhideWhenUsed/>
    <w:rsid w:val="00326F90"/>
    <w:pPr>
      <w:numPr>
        <w:numId w:val="3"/>
      </w:numPr>
      <w:contextualSpacing/>
    </w:pPr>
  </w:style>
  <w:style w:type="paragraph" w:styleId="Opstilling-talellerbogst">
    <w:name w:val="List Number"/>
    <w:basedOn w:val="Normal"/>
    <w:uiPriority w:val="99"/>
    <w:unhideWhenUsed/>
    <w:rsid w:val="00326F90"/>
    <w:pPr>
      <w:numPr>
        <w:numId w:val="5"/>
      </w:numPr>
      <w:contextualSpacing/>
    </w:pPr>
  </w:style>
  <w:style w:type="paragraph" w:styleId="Opstilling-talellerbogst2">
    <w:name w:val="List Number 2"/>
    <w:basedOn w:val="Normal"/>
    <w:uiPriority w:val="99"/>
    <w:unhideWhenUsed/>
    <w:rsid w:val="0029639D"/>
    <w:pPr>
      <w:numPr>
        <w:numId w:val="6"/>
      </w:numPr>
      <w:contextualSpacing/>
    </w:pPr>
  </w:style>
  <w:style w:type="paragraph" w:styleId="Opstilling-talellerbogst3">
    <w:name w:val="List Number 3"/>
    <w:basedOn w:val="Normal"/>
    <w:uiPriority w:val="99"/>
    <w:unhideWhenUsed/>
    <w:rsid w:val="0029639D"/>
    <w:pPr>
      <w:numPr>
        <w:numId w:val="7"/>
      </w:numPr>
      <w:contextualSpacing/>
    </w:pPr>
  </w:style>
  <w:style w:type="paragraph" w:styleId="Opstilling-forts">
    <w:name w:val="List Continue"/>
    <w:basedOn w:val="Normal"/>
    <w:uiPriority w:val="99"/>
    <w:unhideWhenUsed/>
    <w:rsid w:val="0029639D"/>
    <w:pPr>
      <w:spacing w:after="120"/>
      <w:ind w:left="360"/>
      <w:contextualSpacing/>
    </w:pPr>
  </w:style>
  <w:style w:type="paragraph" w:styleId="Opstilling-forts2">
    <w:name w:val="List Continue 2"/>
    <w:basedOn w:val="Normal"/>
    <w:uiPriority w:val="99"/>
    <w:unhideWhenUsed/>
    <w:rsid w:val="0029639D"/>
    <w:pPr>
      <w:spacing w:after="120"/>
      <w:ind w:left="720"/>
      <w:contextualSpacing/>
    </w:pPr>
  </w:style>
  <w:style w:type="paragraph" w:styleId="Opstilling-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typeiafsnit"/>
    <w:link w:val="Makrotekst"/>
    <w:uiPriority w:val="99"/>
    <w:rsid w:val="0029639D"/>
    <w:rPr>
      <w:rFonts w:ascii="Courier" w:hAnsi="Courier"/>
      <w:sz w:val="20"/>
      <w:szCs w:val="20"/>
    </w:rPr>
  </w:style>
  <w:style w:type="paragraph" w:styleId="Citat">
    <w:name w:val="Quote"/>
    <w:basedOn w:val="Normal"/>
    <w:next w:val="Normal"/>
    <w:link w:val="CitatTegn"/>
    <w:uiPriority w:val="29"/>
    <w:qFormat/>
    <w:rsid w:val="00FC693F"/>
    <w:rPr>
      <w:i/>
      <w:iCs/>
      <w:color w:val="000000" w:themeColor="text1"/>
    </w:rPr>
  </w:style>
  <w:style w:type="character" w:customStyle="1" w:styleId="CitatTegn">
    <w:name w:val="Citat Tegn"/>
    <w:basedOn w:val="Standardskrifttypeiafsnit"/>
    <w:link w:val="Citat"/>
    <w:uiPriority w:val="29"/>
    <w:rsid w:val="00FC693F"/>
    <w:rPr>
      <w:i/>
      <w:iCs/>
      <w:color w:val="000000" w:themeColor="text1"/>
    </w:rPr>
  </w:style>
  <w:style w:type="character" w:customStyle="1" w:styleId="Overskrift4Tegn">
    <w:name w:val="Overskrift 4 Tegn"/>
    <w:basedOn w:val="Standardskrifttypeiafsnit"/>
    <w:link w:val="Overskrift4"/>
    <w:uiPriority w:val="9"/>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typeiafsni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typeiafsni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typeiafsni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typeiafsni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typeiafsni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led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k">
    <w:name w:val="Strong"/>
    <w:basedOn w:val="Standardskrifttypeiafsnit"/>
    <w:uiPriority w:val="22"/>
    <w:qFormat/>
    <w:rsid w:val="00FC693F"/>
    <w:rPr>
      <w:b/>
      <w:bCs/>
    </w:rPr>
  </w:style>
  <w:style w:type="character" w:styleId="Fremhv">
    <w:name w:val="Emphasis"/>
    <w:basedOn w:val="Standardskrifttypeiafsnit"/>
    <w:uiPriority w:val="20"/>
    <w:qFormat/>
    <w:rsid w:val="00FC693F"/>
    <w:rPr>
      <w:i/>
      <w:iCs/>
    </w:rPr>
  </w:style>
  <w:style w:type="paragraph" w:styleId="Strktcitat">
    <w:name w:val="Intense Quote"/>
    <w:basedOn w:val="Normal"/>
    <w:next w:val="Normal"/>
    <w:link w:val="Strktc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rktcitatTegn">
    <w:name w:val="Stærkt citat Tegn"/>
    <w:basedOn w:val="Standardskrifttypeiafsnit"/>
    <w:link w:val="Strktcitat"/>
    <w:uiPriority w:val="30"/>
    <w:rsid w:val="00FC693F"/>
    <w:rPr>
      <w:b/>
      <w:bCs/>
      <w:i/>
      <w:iCs/>
      <w:color w:val="4F81BD" w:themeColor="accent1"/>
    </w:rPr>
  </w:style>
  <w:style w:type="character" w:styleId="Svagfremhvning">
    <w:name w:val="Subtle Emphasis"/>
    <w:basedOn w:val="Standardskrifttypeiafsnit"/>
    <w:uiPriority w:val="19"/>
    <w:qFormat/>
    <w:rsid w:val="00FC693F"/>
    <w:rPr>
      <w:i/>
      <w:iCs/>
      <w:color w:val="808080" w:themeColor="text1" w:themeTint="7F"/>
    </w:rPr>
  </w:style>
  <w:style w:type="character" w:styleId="Kraftigfremhvning">
    <w:name w:val="Intense Emphasis"/>
    <w:basedOn w:val="Standardskrifttypeiafsnit"/>
    <w:uiPriority w:val="21"/>
    <w:qFormat/>
    <w:rsid w:val="00FC693F"/>
    <w:rPr>
      <w:b/>
      <w:bCs/>
      <w:i/>
      <w:iCs/>
      <w:color w:val="4F81BD" w:themeColor="accent1"/>
    </w:rPr>
  </w:style>
  <w:style w:type="character" w:styleId="Svaghenvisning">
    <w:name w:val="Subtle Reference"/>
    <w:basedOn w:val="Standardskrifttypeiafsnit"/>
    <w:uiPriority w:val="31"/>
    <w:qFormat/>
    <w:rsid w:val="00FC693F"/>
    <w:rPr>
      <w:smallCaps/>
      <w:color w:val="C0504D" w:themeColor="accent2"/>
      <w:u w:val="single"/>
    </w:rPr>
  </w:style>
  <w:style w:type="character" w:styleId="Kraftighenvisning">
    <w:name w:val="Intense Reference"/>
    <w:basedOn w:val="Standardskrifttypeiafsnit"/>
    <w:uiPriority w:val="32"/>
    <w:qFormat/>
    <w:rsid w:val="00FC693F"/>
    <w:rPr>
      <w:b/>
      <w:bCs/>
      <w:smallCaps/>
      <w:color w:val="C0504D" w:themeColor="accent2"/>
      <w:spacing w:val="5"/>
      <w:u w:val="single"/>
    </w:rPr>
  </w:style>
  <w:style w:type="character" w:styleId="Bogenstitel">
    <w:name w:val="Book Title"/>
    <w:basedOn w:val="Standardskrifttypeiafsnit"/>
    <w:uiPriority w:val="33"/>
    <w:qFormat/>
    <w:rsid w:val="00FC693F"/>
    <w:rPr>
      <w:b/>
      <w:bCs/>
      <w:smallCaps/>
      <w:spacing w:val="5"/>
    </w:rPr>
  </w:style>
  <w:style w:type="paragraph" w:styleId="Overskrift">
    <w:name w:val="TOC Heading"/>
    <w:basedOn w:val="Overskrift1"/>
    <w:next w:val="Normal"/>
    <w:uiPriority w:val="39"/>
    <w:semiHidden/>
    <w:unhideWhenUsed/>
    <w:qFormat/>
    <w:rsid w:val="00FC693F"/>
    <w:pPr>
      <w:outlineLvl w:val="9"/>
    </w:pPr>
  </w:style>
  <w:style w:type="table" w:styleId="Tabel-Gitter">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fremhvningsfarv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fremhvningsfarv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fremhvningsfarv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fremhvningsfarv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fremhvningsfarv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fremhvningsfarv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fremhvningsfarv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fremhvningsfarv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fremhvningsfarv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fremhvningsfarv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gitter">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gitter-fremhvningsfarv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gitter-fremhvningsfarv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gitter-fremhvningsfarv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gitter-fremhvningsfarv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gitter-fremhvningsfarv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kygg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e1-fremhvningsfarv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e1-fremhvningsfarv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e1-fremhvningsfarv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e1-fremhvningsfarv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e1-fremhvningsfarv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itter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itter1-fremhvningsfarv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itter1-fremhvningsfarv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itter1-fremhvningsfarv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itter1-fremhvningsfarv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itter1-fremhvningsfarv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itter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itter3-fremhvningsfarv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itter3-fremhvningsfarv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itter3-fremhvningsfarv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itter3-fremhvningsfarv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itter3-fremhvningsfarv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fremhvningsfarv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fremhvningsfarv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fremhvningsfarv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fremhvningsfarv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fremhvningsfarv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vetskygge">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vetskygge-fremhvningsfarv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vetliste">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vetliste-fremhvningsfarv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vetliste-fremhvningsfarv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vetliste-fremhvningsfarv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vetliste-fremhvningsfarv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vetliste-fremhvningsfarv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vetgitter">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vetgitter-fremhvningsfarv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vetgitter-fremhvningsfarv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vetgitter-fremhvningsfarv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vetgitter-fremhvningsfarv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vetgitter-fremhvningsfarv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Pages>
  <Words>1662</Words>
  <Characters>10141</Characters>
  <Application>Microsoft Office Word</Application>
  <DocSecurity>0</DocSecurity>
  <Lines>84</Lines>
  <Paragraphs>23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11780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Finn Nielsen</cp:lastModifiedBy>
  <cp:revision>3</cp:revision>
  <dcterms:created xsi:type="dcterms:W3CDTF">2026-05-12T18:39:00Z</dcterms:created>
  <dcterms:modified xsi:type="dcterms:W3CDTF">2026-05-17T14:47:00Z</dcterms:modified>
  <cp:category/>
</cp:coreProperties>
</file>